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26"/>
        <w:gridCol w:w="4282"/>
      </w:tblGrid>
      <w:tr w:rsidR="003C21CB" w:rsidTr="002A5A69">
        <w:trPr>
          <w:jc w:val="center"/>
        </w:trPr>
        <w:tc>
          <w:tcPr>
            <w:tcW w:w="2923" w:type="pct"/>
            <w:shd w:val="clear" w:color="auto" w:fill="auto"/>
          </w:tcPr>
          <w:p w:rsidR="004A24CD" w:rsidRDefault="004A24CD" w:rsidP="002A5A69">
            <w:pPr>
              <w:spacing w:after="0"/>
              <w:rPr>
                <w:b/>
                <w:color w:val="1F4E78"/>
                <w:sz w:val="28"/>
              </w:rPr>
            </w:pPr>
            <w:r>
              <w:rPr>
                <w:b/>
                <w:color w:val="1F4E78"/>
                <w:sz w:val="28"/>
              </w:rPr>
              <w:t>VIAJES PARIGUANA S.A.C</w:t>
            </w:r>
          </w:p>
          <w:p w:rsidR="004A24CD" w:rsidRDefault="00B01FC1" w:rsidP="004A24CD">
            <w:pPr>
              <w:spacing w:after="0"/>
              <w:rPr>
                <w:color w:val="595959"/>
                <w:sz w:val="18"/>
              </w:rPr>
            </w:pPr>
            <w:r>
              <w:rPr>
                <w:color w:val="595959"/>
                <w:sz w:val="18"/>
              </w:rPr>
              <w:t>RUC:</w:t>
            </w:r>
            <w:r w:rsidR="004A24CD">
              <w:rPr>
                <w:color w:val="595959"/>
                <w:sz w:val="18"/>
              </w:rPr>
              <w:t xml:space="preserve"> 20603746415</w:t>
            </w:r>
            <w:r>
              <w:rPr>
                <w:color w:val="595959"/>
                <w:sz w:val="18"/>
              </w:rPr>
              <w:t>]</w:t>
            </w:r>
            <w:r>
              <w:rPr>
                <w:color w:val="595959"/>
                <w:sz w:val="18"/>
              </w:rPr>
              <w:br/>
            </w:r>
            <w:r>
              <w:rPr>
                <w:color w:val="595959"/>
                <w:sz w:val="18"/>
              </w:rPr>
              <w:t>Dirección</w:t>
            </w:r>
            <w:r w:rsidR="004A24CD">
              <w:rPr>
                <w:color w:val="595959"/>
                <w:sz w:val="18"/>
              </w:rPr>
              <w:t xml:space="preserve"> fiscal</w:t>
            </w:r>
            <w:r>
              <w:rPr>
                <w:color w:val="595959"/>
                <w:sz w:val="18"/>
              </w:rPr>
              <w:t xml:space="preserve">: </w:t>
            </w:r>
            <w:r w:rsidR="004A24CD">
              <w:rPr>
                <w:color w:val="595959"/>
                <w:sz w:val="18"/>
              </w:rPr>
              <w:t>Av. Antúnez de Mayolo 1373, Los Olivos.</w:t>
            </w:r>
            <w:r>
              <w:rPr>
                <w:color w:val="595959"/>
                <w:sz w:val="18"/>
              </w:rPr>
              <w:br/>
              <w:t>Teléfono</w:t>
            </w:r>
            <w:r w:rsidR="004A24CD">
              <w:rPr>
                <w:color w:val="595959"/>
                <w:sz w:val="18"/>
              </w:rPr>
              <w:t xml:space="preserve">: +51 1 </w:t>
            </w:r>
            <w:r w:rsidR="004A24CD" w:rsidRPr="004A24CD">
              <w:rPr>
                <w:color w:val="595959"/>
                <w:sz w:val="18"/>
              </w:rPr>
              <w:t>6986076</w:t>
            </w:r>
            <w:r w:rsidR="004A24CD">
              <w:rPr>
                <w:color w:val="595959"/>
                <w:sz w:val="18"/>
              </w:rPr>
              <w:t xml:space="preserve"> /</w:t>
            </w:r>
            <w:r w:rsidR="004A24CD">
              <w:t xml:space="preserve"> </w:t>
            </w:r>
            <w:r w:rsidR="004A24CD" w:rsidRPr="004A24CD">
              <w:rPr>
                <w:color w:val="595959"/>
                <w:sz w:val="18"/>
              </w:rPr>
              <w:t>981223372</w:t>
            </w:r>
            <w:r w:rsidR="004A24CD">
              <w:rPr>
                <w:color w:val="595959"/>
                <w:sz w:val="18"/>
              </w:rPr>
              <w:t xml:space="preserve"> / </w:t>
            </w:r>
            <w:r w:rsidR="004A24CD" w:rsidRPr="004A24CD">
              <w:rPr>
                <w:color w:val="595959"/>
                <w:sz w:val="18"/>
              </w:rPr>
              <w:t>941639242</w:t>
            </w:r>
          </w:p>
          <w:p w:rsidR="004A24CD" w:rsidRDefault="004A24CD" w:rsidP="002A5A69">
            <w:pPr>
              <w:spacing w:after="0"/>
            </w:pPr>
            <w:r>
              <w:rPr>
                <w:color w:val="595959"/>
                <w:sz w:val="18"/>
              </w:rPr>
              <w:t>www.viajespariguana.pe</w:t>
            </w:r>
          </w:p>
        </w:tc>
        <w:tc>
          <w:tcPr>
            <w:tcW w:w="207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A5A69" w:rsidRDefault="00B01FC1" w:rsidP="002A5A69">
            <w:pPr>
              <w:spacing w:after="0"/>
              <w:jc w:val="center"/>
              <w:rPr>
                <w:color w:val="auto"/>
                <w:sz w:val="18"/>
              </w:rPr>
            </w:pPr>
            <w:r w:rsidRPr="004A24CD">
              <w:rPr>
                <w:b/>
                <w:color w:val="auto"/>
              </w:rPr>
              <w:t>CONSTANCIA DE REEMBOLSO Y DEVOLUCIÓN DE DINERO</w:t>
            </w:r>
            <w:r w:rsidRPr="004A24CD">
              <w:rPr>
                <w:b/>
                <w:color w:val="auto"/>
              </w:rPr>
              <w:br/>
            </w:r>
            <w:r w:rsidRPr="004A24CD">
              <w:rPr>
                <w:b/>
                <w:color w:val="FFC000"/>
                <w:sz w:val="22"/>
              </w:rPr>
              <w:t>PAGO EN EFECTIVO</w:t>
            </w:r>
            <w:r w:rsidRPr="004A24CD">
              <w:rPr>
                <w:b/>
                <w:color w:val="auto"/>
                <w:sz w:val="22"/>
              </w:rPr>
              <w:br/>
            </w:r>
            <w:r w:rsidRPr="004A24CD">
              <w:rPr>
                <w:color w:val="auto"/>
                <w:sz w:val="18"/>
              </w:rPr>
              <w:t xml:space="preserve">N° </w:t>
            </w:r>
            <w:r w:rsidRPr="004A24CD">
              <w:rPr>
                <w:color w:val="auto"/>
                <w:sz w:val="18"/>
              </w:rPr>
              <w:t>FOLIO / INTERNO:</w:t>
            </w:r>
          </w:p>
          <w:p w:rsidR="003C21CB" w:rsidRPr="004A24CD" w:rsidRDefault="00B01FC1" w:rsidP="002A5A69">
            <w:pPr>
              <w:spacing w:after="0"/>
              <w:jc w:val="center"/>
              <w:rPr>
                <w:color w:val="auto"/>
              </w:rPr>
            </w:pPr>
            <w:r w:rsidRPr="004A24CD">
              <w:rPr>
                <w:color w:val="auto"/>
                <w:sz w:val="18"/>
              </w:rPr>
              <w:br/>
            </w:r>
            <w:r w:rsidR="004A24CD" w:rsidRPr="004A24CD">
              <w:rPr>
                <w:b/>
                <w:color w:val="auto"/>
                <w:sz w:val="20"/>
              </w:rPr>
              <w:t>DC __</w:t>
            </w:r>
            <w:r w:rsidRPr="004A24CD">
              <w:rPr>
                <w:b/>
                <w:color w:val="auto"/>
                <w:sz w:val="20"/>
              </w:rPr>
              <w:t>________</w:t>
            </w:r>
            <w:r w:rsidR="004A24CD">
              <w:rPr>
                <w:b/>
                <w:color w:val="auto"/>
                <w:sz w:val="20"/>
              </w:rPr>
              <w:t>____________</w:t>
            </w:r>
          </w:p>
        </w:tc>
      </w:tr>
    </w:tbl>
    <w:p w:rsidR="003C21CB" w:rsidRDefault="003C21CB">
      <w:pPr>
        <w:spacing w:before="120" w:after="120"/>
      </w:pPr>
    </w:p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t>1. DATOS DE LA ATENCIÓN Y REGISTRO</w:t>
      </w:r>
    </w:p>
    <w:tbl>
      <w:tblPr>
        <w:tblW w:w="5000" w:type="pct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3C21CB" w:rsidTr="002A5A69">
        <w:trPr>
          <w:jc w:val="center"/>
        </w:trPr>
        <w:tc>
          <w:tcPr>
            <w:tcW w:w="2500" w:type="pct"/>
            <w:tcBorders>
              <w:top w:val="nil"/>
            </w:tcBorders>
          </w:tcPr>
          <w:p w:rsidR="002A5A69" w:rsidRDefault="002A5A69" w:rsidP="002A5A69">
            <w:pPr>
              <w:spacing w:after="0"/>
              <w:rPr>
                <w:b/>
              </w:rPr>
            </w:pPr>
            <w:r>
              <w:rPr>
                <w:b/>
              </w:rPr>
              <w:t>Fecha de Emisión:</w:t>
            </w:r>
            <w:r w:rsidR="00782777">
              <w:rPr>
                <w:rFonts w:ascii="Cambria Math" w:hAnsi="Cambria Math" w:cs="Cambria Math"/>
              </w:rPr>
              <w:t xml:space="preserve">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2A5A69" w:rsidRDefault="00782777" w:rsidP="00782777">
            <w:pPr>
              <w:spacing w:after="0"/>
            </w:pPr>
            <w:r w:rsidRPr="00782777">
              <w:rPr>
                <w:color w:val="808080" w:themeColor="background1" w:themeShade="80"/>
              </w:rPr>
              <w:t xml:space="preserve">       </w:t>
            </w:r>
            <w:r w:rsidR="004A24CD" w:rsidRPr="00782777">
              <w:rPr>
                <w:color w:val="808080" w:themeColor="background1" w:themeShade="80"/>
              </w:rPr>
              <w:t xml:space="preserve">/ </w:t>
            </w:r>
            <w:r w:rsidRPr="00782777">
              <w:rPr>
                <w:color w:val="808080" w:themeColor="background1" w:themeShade="80"/>
              </w:rPr>
              <w:t xml:space="preserve">        </w:t>
            </w:r>
            <w:r w:rsidR="004A24CD" w:rsidRPr="00782777">
              <w:rPr>
                <w:color w:val="808080" w:themeColor="background1" w:themeShade="80"/>
              </w:rPr>
              <w:t>/</w:t>
            </w:r>
            <w:r w:rsidRPr="00782777">
              <w:rPr>
                <w:color w:val="808080" w:themeColor="background1" w:themeShade="80"/>
              </w:rPr>
              <w:t xml:space="preserve"> </w:t>
            </w:r>
          </w:p>
        </w:tc>
        <w:tc>
          <w:tcPr>
            <w:tcW w:w="2500" w:type="pct"/>
            <w:tcBorders>
              <w:top w:val="nil"/>
            </w:tcBorders>
          </w:tcPr>
          <w:p w:rsidR="00E1396F" w:rsidRDefault="00B01FC1" w:rsidP="002A5A69">
            <w:pPr>
              <w:spacing w:after="0"/>
              <w:rPr>
                <w:b/>
              </w:rPr>
            </w:pPr>
            <w:r>
              <w:rPr>
                <w:b/>
              </w:rPr>
              <w:t xml:space="preserve">Hora de Atención: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3C21CB" w:rsidRDefault="00E1396F" w:rsidP="00E1396F">
            <w:pPr>
              <w:spacing w:after="0"/>
            </w:pPr>
            <w:r>
              <w:t xml:space="preserve">           </w:t>
            </w:r>
            <w:r w:rsidR="00B01FC1">
              <w:t>:</w:t>
            </w:r>
            <w:r>
              <w:t xml:space="preserve">         </w:t>
            </w:r>
            <w:r w:rsidR="00B01FC1">
              <w:t>[  ] a.m.  [  ] p.m.</w:t>
            </w:r>
          </w:p>
        </w:tc>
      </w:tr>
      <w:tr w:rsidR="003C21CB" w:rsidTr="002A5A69">
        <w:trPr>
          <w:jc w:val="center"/>
        </w:trPr>
        <w:tc>
          <w:tcPr>
            <w:tcW w:w="2500" w:type="pct"/>
          </w:tcPr>
          <w:p w:rsidR="003C21CB" w:rsidRDefault="00B01FC1" w:rsidP="002A5A69">
            <w:pPr>
              <w:spacing w:after="0"/>
              <w:rPr>
                <w:b/>
              </w:rPr>
            </w:pPr>
            <w:r>
              <w:rPr>
                <w:b/>
              </w:rPr>
              <w:t xml:space="preserve">Atendido por (Agente):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2A5A69" w:rsidRDefault="002A5A69" w:rsidP="002A5A69">
            <w:pPr>
              <w:spacing w:after="0"/>
            </w:pPr>
          </w:p>
        </w:tc>
        <w:tc>
          <w:tcPr>
            <w:tcW w:w="2500" w:type="pct"/>
          </w:tcPr>
          <w:p w:rsidR="003C21CB" w:rsidRDefault="00B01FC1" w:rsidP="002A5A69">
            <w:pPr>
              <w:spacing w:after="0"/>
            </w:pPr>
            <w:r>
              <w:rPr>
                <w:b/>
              </w:rPr>
              <w:t>Oficina de Pago</w:t>
            </w:r>
            <w:r w:rsidR="002A5A69">
              <w:rPr>
                <w:b/>
              </w:rPr>
              <w:t>:</w:t>
            </w:r>
            <w:r w:rsidR="00782777">
              <w:rPr>
                <w:rFonts w:ascii="Cambria Math" w:hAnsi="Cambria Math" w:cs="Cambria Math"/>
              </w:rPr>
              <w:t xml:space="preserve">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</w:tr>
    </w:tbl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t xml:space="preserve">2. </w:t>
      </w:r>
      <w:r>
        <w:rPr>
          <w:b/>
          <w:color w:val="1F4E78"/>
          <w:sz w:val="22"/>
        </w:rPr>
        <w:t>DATOS DEL PASAJERO / TITULAR DE LA RESERVA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6247"/>
        <w:gridCol w:w="4049"/>
      </w:tblGrid>
      <w:tr w:rsidR="003C21CB" w:rsidTr="00782777">
        <w:trPr>
          <w:jc w:val="center"/>
        </w:trPr>
        <w:tc>
          <w:tcPr>
            <w:tcW w:w="6247" w:type="dxa"/>
            <w:tcBorders>
              <w:top w:val="nil"/>
            </w:tcBorders>
            <w:vAlign w:val="bottom"/>
          </w:tcPr>
          <w:p w:rsidR="003C21CB" w:rsidRDefault="00B01FC1" w:rsidP="004A24CD">
            <w:pPr>
              <w:spacing w:after="0"/>
              <w:rPr>
                <w:b/>
              </w:rPr>
            </w:pPr>
            <w:r>
              <w:rPr>
                <w:b/>
              </w:rPr>
              <w:t xml:space="preserve">Nombres y Apellidos Completos: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4A24CD" w:rsidRDefault="004A24CD" w:rsidP="004A24CD">
            <w:pPr>
              <w:spacing w:after="0"/>
            </w:pPr>
          </w:p>
        </w:tc>
        <w:tc>
          <w:tcPr>
            <w:tcW w:w="4049" w:type="dxa"/>
            <w:tcBorders>
              <w:top w:val="nil"/>
            </w:tcBorders>
          </w:tcPr>
          <w:p w:rsidR="003C21CB" w:rsidRDefault="00B01FC1" w:rsidP="004A24CD">
            <w:pPr>
              <w:spacing w:after="0"/>
            </w:pPr>
            <w:r>
              <w:rPr>
                <w:b/>
              </w:rPr>
              <w:t>Ti</w:t>
            </w:r>
            <w:r>
              <w:rPr>
                <w:b/>
              </w:rPr>
              <w:t>p</w:t>
            </w:r>
            <w:r>
              <w:rPr>
                <w:b/>
              </w:rPr>
              <w:t xml:space="preserve">o de Doc: </w:t>
            </w:r>
            <w:r>
              <w:t xml:space="preserve">DNI / C.E. / </w:t>
            </w:r>
            <w:proofErr w:type="spellStart"/>
            <w:r>
              <w:t>Pasap</w:t>
            </w:r>
            <w:proofErr w:type="spellEnd"/>
            <w:r>
              <w:t>.</w:t>
            </w:r>
            <w:r w:rsidR="00782777">
              <w:rPr>
                <w:rFonts w:ascii="Cambria Math" w:hAnsi="Cambria Math" w:cs="Cambria Math"/>
              </w:rPr>
              <w:t xml:space="preserve">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</w:tr>
      <w:tr w:rsidR="003C21CB" w:rsidTr="004A24CD">
        <w:trPr>
          <w:jc w:val="center"/>
        </w:trPr>
        <w:tc>
          <w:tcPr>
            <w:tcW w:w="6247" w:type="dxa"/>
          </w:tcPr>
          <w:p w:rsidR="003C21CB" w:rsidRPr="00782777" w:rsidRDefault="00B01FC1" w:rsidP="004A24CD">
            <w:pPr>
              <w:spacing w:after="0"/>
              <w:rPr>
                <w:b/>
                <w:u w:val="single"/>
              </w:rPr>
            </w:pPr>
            <w:r>
              <w:rPr>
                <w:b/>
              </w:rPr>
              <w:t>Número de Documento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4A24CD" w:rsidRDefault="004A24CD" w:rsidP="004A24CD">
            <w:pPr>
              <w:spacing w:after="0"/>
            </w:pPr>
          </w:p>
        </w:tc>
        <w:tc>
          <w:tcPr>
            <w:tcW w:w="4049" w:type="dxa"/>
          </w:tcPr>
          <w:p w:rsidR="003C21CB" w:rsidRDefault="00B01FC1" w:rsidP="004A24CD">
            <w:pPr>
              <w:spacing w:after="0"/>
            </w:pPr>
            <w:r>
              <w:rPr>
                <w:b/>
              </w:rPr>
              <w:t>Teléfono / WhatsApp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</w:tr>
      <w:tr w:rsidR="003C21CB" w:rsidTr="004A24CD">
        <w:trPr>
          <w:jc w:val="center"/>
        </w:trPr>
        <w:tc>
          <w:tcPr>
            <w:tcW w:w="6247" w:type="dxa"/>
          </w:tcPr>
          <w:p w:rsidR="003C21CB" w:rsidRDefault="00B01FC1" w:rsidP="004A24CD">
            <w:pPr>
              <w:spacing w:after="0"/>
              <w:rPr>
                <w:b/>
              </w:rPr>
            </w:pPr>
            <w:r>
              <w:rPr>
                <w:b/>
              </w:rPr>
              <w:t>Correo Electrónico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  <w:p w:rsidR="004A24CD" w:rsidRDefault="004A24CD" w:rsidP="004A24CD">
            <w:pPr>
              <w:spacing w:after="0"/>
            </w:pPr>
          </w:p>
        </w:tc>
        <w:tc>
          <w:tcPr>
            <w:tcW w:w="4049" w:type="dxa"/>
          </w:tcPr>
          <w:p w:rsidR="003C21CB" w:rsidRDefault="00B01FC1" w:rsidP="004A24CD">
            <w:pPr>
              <w:spacing w:after="0"/>
            </w:pPr>
            <w:r>
              <w:rPr>
                <w:b/>
              </w:rPr>
              <w:t>Nacionalidad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</w:tr>
    </w:tbl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t>3. DETALLE DEL SERVICIO Y MOTIVO DE LA DEVOLUCIÓN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3642"/>
        <w:gridCol w:w="6654"/>
      </w:tblGrid>
      <w:tr w:rsidR="003C21CB" w:rsidTr="00782777">
        <w:trPr>
          <w:jc w:val="center"/>
        </w:trPr>
        <w:tc>
          <w:tcPr>
            <w:tcW w:w="3642" w:type="dxa"/>
            <w:tcBorders>
              <w:top w:val="nil"/>
            </w:tcBorders>
          </w:tcPr>
          <w:p w:rsidR="003C21CB" w:rsidRDefault="00B01FC1" w:rsidP="004A24CD">
            <w:r>
              <w:rPr>
                <w:b/>
              </w:rPr>
              <w:t xml:space="preserve">Código de Reserva / Localizador: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  <w:tc>
          <w:tcPr>
            <w:tcW w:w="6654" w:type="dxa"/>
            <w:tcBorders>
              <w:top w:val="nil"/>
            </w:tcBorders>
          </w:tcPr>
          <w:p w:rsidR="003C21CB" w:rsidRDefault="00B01FC1" w:rsidP="004A24CD">
            <w:r>
              <w:rPr>
                <w:b/>
              </w:rPr>
              <w:t>Operador / Proveedor / Aerolínea</w:t>
            </w:r>
            <w:r w:rsidR="00E1396F">
              <w:rPr>
                <w:b/>
              </w:rPr>
              <w:t xml:space="preserve"> </w:t>
            </w:r>
            <w:r w:rsidR="00E1396F" w:rsidRPr="00E1396F">
              <w:rPr>
                <w:rFonts w:ascii="Cambria Math" w:hAnsi="Cambria Math" w:cs="Cambria Math"/>
                <w:color w:val="808080" w:themeColor="background1" w:themeShade="80"/>
              </w:rPr>
              <w:t>↴</w:t>
            </w:r>
          </w:p>
        </w:tc>
      </w:tr>
      <w:tr w:rsidR="003C21CB" w:rsidTr="004A24CD">
        <w:trPr>
          <w:jc w:val="center"/>
        </w:trPr>
        <w:tc>
          <w:tcPr>
            <w:tcW w:w="10296" w:type="dxa"/>
            <w:gridSpan w:val="2"/>
          </w:tcPr>
          <w:p w:rsidR="004A24CD" w:rsidRDefault="00B01FC1" w:rsidP="004A24CD">
            <w:pPr>
              <w:spacing w:after="0"/>
            </w:pPr>
            <w:r>
              <w:rPr>
                <w:b/>
              </w:rPr>
              <w:t xml:space="preserve">Tipo de Servicio Afectado: </w:t>
            </w:r>
            <w:r>
              <w:t xml:space="preserve">[  ] Paquete Turístico   [  ] </w:t>
            </w:r>
            <w:r>
              <w:t>Ticket Aéreo   [  ] Reserva Hotelera   [  ] Tour / Excursión</w:t>
            </w:r>
          </w:p>
          <w:p w:rsidR="003C21CB" w:rsidRDefault="00B01FC1" w:rsidP="004A24CD">
            <w:pPr>
              <w:spacing w:after="0"/>
            </w:pPr>
            <w:r>
              <w:t>[  ] Otro</w:t>
            </w:r>
          </w:p>
        </w:tc>
      </w:tr>
      <w:tr w:rsidR="003C21CB" w:rsidTr="004A24CD">
        <w:trPr>
          <w:jc w:val="center"/>
        </w:trPr>
        <w:tc>
          <w:tcPr>
            <w:tcW w:w="10296" w:type="dxa"/>
            <w:gridSpan w:val="2"/>
          </w:tcPr>
          <w:p w:rsidR="002A5A69" w:rsidRDefault="00B01FC1" w:rsidP="002A5A69">
            <w:pPr>
              <w:spacing w:after="0"/>
            </w:pPr>
            <w:r>
              <w:rPr>
                <w:b/>
              </w:rPr>
              <w:t xml:space="preserve">Motivo del Reembolso / Categoría: </w:t>
            </w:r>
            <w:r>
              <w:br/>
              <w:t xml:space="preserve">[  ] </w:t>
            </w:r>
            <w:r w:rsidR="002A5A69">
              <w:t>DEVOLUCIÓN</w:t>
            </w:r>
            <w:r w:rsidR="002A5A69">
              <w:t xml:space="preserve">    </w:t>
            </w:r>
            <w:r>
              <w:t xml:space="preserve">[  ] </w:t>
            </w:r>
            <w:r w:rsidR="002A5A69">
              <w:t xml:space="preserve">REEMBOLSO    </w:t>
            </w:r>
            <w:r>
              <w:t xml:space="preserve">[  ] </w:t>
            </w:r>
            <w:r w:rsidR="002A5A69">
              <w:t xml:space="preserve">COMPENSACIÓN    </w:t>
            </w:r>
            <w:r w:rsidR="002A5A69">
              <w:t xml:space="preserve">[  ] </w:t>
            </w:r>
            <w:r w:rsidR="002A5A69">
              <w:t>VUELTO</w:t>
            </w:r>
          </w:p>
          <w:p w:rsidR="002A5A69" w:rsidRDefault="002A5A69" w:rsidP="002A5A69">
            <w:pPr>
              <w:spacing w:after="0"/>
            </w:pPr>
            <w:r>
              <w:t xml:space="preserve">[  ] </w:t>
            </w:r>
            <w:r>
              <w:t>OTRO</w:t>
            </w:r>
          </w:p>
        </w:tc>
      </w:tr>
    </w:tbl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t>4. LIQUIDACIÓN ECONÓMICA Y MONTO DEVUELTO EN EFECTIVO</w:t>
      </w:r>
    </w:p>
    <w:tbl>
      <w:tblPr>
        <w:tblW w:w="5000" w:type="pct"/>
        <w:jc w:val="center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  <w:tblLook w:val="04A0" w:firstRow="1" w:lastRow="0" w:firstColumn="1" w:lastColumn="0" w:noHBand="0" w:noVBand="1"/>
      </w:tblPr>
      <w:tblGrid>
        <w:gridCol w:w="7129"/>
        <w:gridCol w:w="3167"/>
      </w:tblGrid>
      <w:tr w:rsidR="003C21CB" w:rsidTr="00782777">
        <w:trPr>
          <w:trHeight w:val="567"/>
          <w:jc w:val="center"/>
        </w:trPr>
        <w:tc>
          <w:tcPr>
            <w:tcW w:w="3462" w:type="pct"/>
            <w:shd w:val="clear" w:color="auto" w:fill="F2F2F2" w:themeFill="background1" w:themeFillShade="F2"/>
            <w:vAlign w:val="center"/>
          </w:tcPr>
          <w:p w:rsidR="003C21CB" w:rsidRPr="00782777" w:rsidRDefault="00B01FC1" w:rsidP="00782777">
            <w:pPr>
              <w:spacing w:after="0"/>
              <w:rPr>
                <w:color w:val="365F91" w:themeColor="accent1" w:themeShade="BF"/>
              </w:rPr>
            </w:pPr>
            <w:r w:rsidRPr="00782777">
              <w:rPr>
                <w:b/>
                <w:color w:val="365F91" w:themeColor="accent1" w:themeShade="BF"/>
              </w:rPr>
              <w:t>CONCEPTO DE LA LIQUIDACIÓN</w:t>
            </w:r>
          </w:p>
        </w:tc>
        <w:tc>
          <w:tcPr>
            <w:tcW w:w="1538" w:type="pct"/>
            <w:shd w:val="clear" w:color="auto" w:fill="F2F2F2" w:themeFill="background1" w:themeFillShade="F2"/>
            <w:vAlign w:val="center"/>
          </w:tcPr>
          <w:p w:rsidR="003C21CB" w:rsidRPr="00782777" w:rsidRDefault="002A5A69" w:rsidP="00782777">
            <w:pPr>
              <w:spacing w:after="0"/>
              <w:rPr>
                <w:color w:val="365F91" w:themeColor="accent1" w:themeShade="BF"/>
              </w:rPr>
            </w:pPr>
            <w:r w:rsidRPr="00782777">
              <w:rPr>
                <w:b/>
                <w:color w:val="365F91" w:themeColor="accent1" w:themeShade="BF"/>
              </w:rPr>
              <w:t>MONTO</w:t>
            </w:r>
          </w:p>
        </w:tc>
      </w:tr>
      <w:tr w:rsidR="003C21CB" w:rsidTr="00782777">
        <w:trPr>
          <w:trHeight w:val="340"/>
          <w:jc w:val="center"/>
        </w:trPr>
        <w:tc>
          <w:tcPr>
            <w:tcW w:w="3462" w:type="pct"/>
            <w:shd w:val="clear" w:color="auto" w:fill="auto"/>
            <w:vAlign w:val="center"/>
          </w:tcPr>
          <w:p w:rsidR="003C21CB" w:rsidRDefault="00B01FC1" w:rsidP="00782777">
            <w:pPr>
              <w:spacing w:after="0"/>
            </w:pPr>
            <w:r>
              <w:t>Monto Total Pagado Originalmente por el Cliente</w:t>
            </w:r>
          </w:p>
        </w:tc>
        <w:tc>
          <w:tcPr>
            <w:tcW w:w="1538" w:type="pct"/>
            <w:shd w:val="clear" w:color="auto" w:fill="auto"/>
          </w:tcPr>
          <w:p w:rsidR="003C21CB" w:rsidRDefault="003C21CB" w:rsidP="00782777">
            <w:pPr>
              <w:spacing w:after="0"/>
              <w:jc w:val="right"/>
            </w:pPr>
          </w:p>
        </w:tc>
      </w:tr>
      <w:tr w:rsidR="003C21CB" w:rsidTr="00782777">
        <w:trPr>
          <w:trHeight w:val="340"/>
          <w:jc w:val="center"/>
        </w:trPr>
        <w:tc>
          <w:tcPr>
            <w:tcW w:w="3462" w:type="pct"/>
            <w:shd w:val="clear" w:color="auto" w:fill="auto"/>
            <w:vAlign w:val="center"/>
          </w:tcPr>
          <w:p w:rsidR="003C21CB" w:rsidRDefault="00B01FC1" w:rsidP="00782777">
            <w:pPr>
              <w:spacing w:after="0"/>
            </w:pPr>
            <w:r>
              <w:t>(-) Deducción por Penalidad de Operador / Regulaciones del Servicio</w:t>
            </w:r>
          </w:p>
        </w:tc>
        <w:tc>
          <w:tcPr>
            <w:tcW w:w="1538" w:type="pct"/>
            <w:shd w:val="clear" w:color="auto" w:fill="auto"/>
          </w:tcPr>
          <w:p w:rsidR="003C21CB" w:rsidRDefault="003C21CB" w:rsidP="00782777">
            <w:pPr>
              <w:spacing w:after="0"/>
              <w:jc w:val="right"/>
            </w:pPr>
          </w:p>
        </w:tc>
      </w:tr>
      <w:tr w:rsidR="003C21CB" w:rsidTr="00782777">
        <w:trPr>
          <w:trHeight w:val="340"/>
          <w:jc w:val="center"/>
        </w:trPr>
        <w:tc>
          <w:tcPr>
            <w:tcW w:w="3462" w:type="pct"/>
            <w:shd w:val="clear" w:color="auto" w:fill="auto"/>
            <w:vAlign w:val="center"/>
          </w:tcPr>
          <w:p w:rsidR="003C21CB" w:rsidRDefault="00B01FC1" w:rsidP="00782777">
            <w:pPr>
              <w:spacing w:after="0"/>
            </w:pPr>
            <w:r>
              <w:t>(-) Gastos Administrativos / Cargos Operativos de Agencia</w:t>
            </w:r>
          </w:p>
        </w:tc>
        <w:tc>
          <w:tcPr>
            <w:tcW w:w="1538" w:type="pct"/>
            <w:shd w:val="clear" w:color="auto" w:fill="auto"/>
          </w:tcPr>
          <w:p w:rsidR="003C21CB" w:rsidRDefault="003C21CB" w:rsidP="00782777">
            <w:pPr>
              <w:spacing w:after="0"/>
              <w:jc w:val="right"/>
            </w:pPr>
          </w:p>
        </w:tc>
      </w:tr>
      <w:tr w:rsidR="003C21CB" w:rsidTr="00782777">
        <w:trPr>
          <w:trHeight w:val="340"/>
          <w:jc w:val="center"/>
        </w:trPr>
        <w:tc>
          <w:tcPr>
            <w:tcW w:w="3462" w:type="pct"/>
            <w:shd w:val="clear" w:color="auto" w:fill="auto"/>
            <w:vAlign w:val="center"/>
          </w:tcPr>
          <w:p w:rsidR="003C21CB" w:rsidRDefault="00B01FC1" w:rsidP="00782777">
            <w:pPr>
              <w:spacing w:after="0"/>
            </w:pPr>
            <w:r>
              <w:rPr>
                <w:b/>
                <w:color w:val="1F4E78"/>
              </w:rPr>
              <w:t xml:space="preserve">MONTO NETO </w:t>
            </w:r>
            <w:r>
              <w:rPr>
                <w:b/>
                <w:color w:val="1F4E78"/>
              </w:rPr>
              <w:t>ENTREGADO EN EFECTIVO (EN MANO):</w:t>
            </w:r>
          </w:p>
        </w:tc>
        <w:tc>
          <w:tcPr>
            <w:tcW w:w="1538" w:type="pct"/>
            <w:shd w:val="clear" w:color="auto" w:fill="auto"/>
          </w:tcPr>
          <w:p w:rsidR="003C21CB" w:rsidRDefault="003C21CB" w:rsidP="00782777">
            <w:pPr>
              <w:spacing w:after="0"/>
              <w:jc w:val="right"/>
            </w:pPr>
          </w:p>
        </w:tc>
      </w:tr>
    </w:tbl>
    <w:p w:rsidR="002A5A69" w:rsidRDefault="00B01FC1">
      <w:pPr>
        <w:spacing w:before="120" w:after="120"/>
      </w:pPr>
      <w:r>
        <w:rPr>
          <w:b/>
        </w:rPr>
        <w:t xml:space="preserve">SON (Monto en letras): </w:t>
      </w:r>
      <w:r>
        <w:t>______________________________________________________________________________</w:t>
      </w:r>
      <w:r w:rsidR="002A5A69">
        <w:t>______</w:t>
      </w:r>
      <w:r>
        <w:t xml:space="preserve">____________ </w:t>
      </w:r>
    </w:p>
    <w:p w:rsidR="00782777" w:rsidRDefault="002A5A69" w:rsidP="00782777">
      <w:pPr>
        <w:spacing w:before="120" w:after="120"/>
        <w:rPr>
          <w:b/>
          <w:color w:val="1F4E78"/>
          <w:sz w:val="22"/>
        </w:rPr>
      </w:pPr>
      <w:r>
        <w:rPr>
          <w:b/>
        </w:rPr>
        <w:t>[  ]</w:t>
      </w:r>
      <w:r>
        <w:rPr>
          <w:b/>
        </w:rPr>
        <w:t xml:space="preserve"> </w:t>
      </w:r>
      <w:r w:rsidR="00B01FC1">
        <w:rPr>
          <w:b/>
        </w:rPr>
        <w:t>SOLES</w:t>
      </w:r>
      <w:r>
        <w:rPr>
          <w:b/>
        </w:rPr>
        <w:t xml:space="preserve">          </w:t>
      </w:r>
      <w:r w:rsidR="00B01FC1">
        <w:rPr>
          <w:b/>
        </w:rPr>
        <w:t>[  ] DÓLARES</w:t>
      </w:r>
      <w:r w:rsidR="00782777">
        <w:rPr>
          <w:b/>
          <w:color w:val="1F4E78"/>
          <w:sz w:val="22"/>
        </w:rPr>
        <w:br w:type="page"/>
      </w:r>
    </w:p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lastRenderedPageBreak/>
        <w:t>5. DECLARACIÓN DE CONFORMIDAD Y FINIQUITO LEGAL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480"/>
      </w:tblGrid>
      <w:tr w:rsidR="003C21CB" w:rsidTr="00782777">
        <w:trPr>
          <w:jc w:val="center"/>
        </w:trPr>
        <w:tc>
          <w:tcPr>
            <w:tcW w:w="5000" w:type="pct"/>
            <w:tcBorders>
              <w:top w:val="single" w:sz="6" w:space="0" w:color="1F4E78"/>
              <w:left w:val="single" w:sz="24" w:space="0" w:color="1F4E78"/>
              <w:bottom w:val="single" w:sz="6" w:space="0" w:color="1F4E78"/>
              <w:right w:val="single" w:sz="6" w:space="0" w:color="1F4E78"/>
            </w:tcBorders>
            <w:shd w:val="clear" w:color="auto" w:fill="F2F2F2" w:themeFill="background1" w:themeFillShade="F2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3C21CB" w:rsidRDefault="00B01FC1" w:rsidP="00B01FC1">
            <w:pPr>
              <w:spacing w:before="40" w:after="40"/>
            </w:pPr>
            <w:r>
              <w:rPr>
                <w:b/>
                <w:color w:val="1F4E78"/>
                <w:sz w:val="19"/>
              </w:rPr>
              <w:t>DECLARACIÓN EXPRESA DEL CLIENTE / PASAJERO:</w:t>
            </w:r>
            <w:r>
              <w:rPr>
                <w:b/>
                <w:color w:val="1F4E78"/>
                <w:sz w:val="19"/>
              </w:rPr>
              <w:br/>
            </w:r>
            <w:r>
              <w:rPr>
                <w:color w:val="1A1A1A"/>
                <w:sz w:val="18"/>
              </w:rPr>
              <w:t xml:space="preserve">Por medio del presente documento, yo, el abajo firmante, declaro haber recibido de </w:t>
            </w:r>
            <w:r>
              <w:rPr>
                <w:color w:val="1A1A1A"/>
                <w:sz w:val="18"/>
              </w:rPr>
              <w:t>VIAJES PARIGUANA SAC</w:t>
            </w:r>
            <w:r>
              <w:rPr>
                <w:color w:val="1A1A1A"/>
                <w:sz w:val="18"/>
              </w:rPr>
              <w:t xml:space="preserve"> la suma de dinero en efectivo detallada en la Sección 4. Declaro que dicho importe cubre de manera co</w:t>
            </w:r>
            <w:r>
              <w:rPr>
                <w:color w:val="1A1A1A"/>
                <w:sz w:val="18"/>
              </w:rPr>
              <w:t>mpleta y satisfactoria la devolución, reembolso, reintegro o vuelto correspondiente a la cancelación o ajuste del servicio turístico indicado.</w:t>
            </w:r>
            <w:r>
              <w:rPr>
                <w:color w:val="1A1A1A"/>
                <w:sz w:val="18"/>
              </w:rPr>
              <w:br/>
            </w:r>
            <w:r>
              <w:rPr>
                <w:color w:val="1A1A1A"/>
                <w:sz w:val="18"/>
              </w:rPr>
              <w:br/>
              <w:t xml:space="preserve">En consecuencia, otorgo el más amplio y definitivo FINIQUITO DE RESPONSABILIDAD a favor de </w:t>
            </w:r>
            <w:r>
              <w:rPr>
                <w:color w:val="1A1A1A"/>
                <w:sz w:val="18"/>
              </w:rPr>
              <w:t>VIAJES PAR</w:t>
            </w:r>
            <w:r>
              <w:rPr>
                <w:color w:val="1A1A1A"/>
                <w:sz w:val="18"/>
              </w:rPr>
              <w:t>IGUANA SAC</w:t>
            </w:r>
            <w:bookmarkStart w:id="0" w:name="_GoBack"/>
            <w:bookmarkEnd w:id="0"/>
            <w:r>
              <w:rPr>
                <w:color w:val="1A1A1A"/>
                <w:sz w:val="18"/>
              </w:rPr>
              <w:t>, manifestando que no tengo reclamo ni cobro pendiente alguno que realizar por vía civil, administrativa, penal o comercial relacionado con la presente reserva o servicio.</w:t>
            </w:r>
          </w:p>
        </w:tc>
      </w:tr>
    </w:tbl>
    <w:p w:rsidR="003C21CB" w:rsidRDefault="00B01FC1">
      <w:pPr>
        <w:keepNext/>
        <w:spacing w:before="200" w:after="80"/>
      </w:pPr>
      <w:r>
        <w:rPr>
          <w:b/>
          <w:color w:val="1F4E78"/>
          <w:sz w:val="22"/>
        </w:rPr>
        <w:t>6. CONSTANCIA DE RECEPCIÓN Y FIRMAS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14"/>
        <w:gridCol w:w="1996"/>
        <w:gridCol w:w="4086"/>
      </w:tblGrid>
      <w:tr w:rsidR="003C21CB" w:rsidTr="00782777">
        <w:trPr>
          <w:jc w:val="center"/>
        </w:trPr>
        <w:tc>
          <w:tcPr>
            <w:tcW w:w="2046" w:type="pct"/>
          </w:tcPr>
          <w:p w:rsidR="00782777" w:rsidRDefault="00B01FC1" w:rsidP="00782777">
            <w:pPr>
              <w:spacing w:after="0"/>
              <w:rPr>
                <w:sz w:val="17"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_____________________________________</w:t>
            </w:r>
            <w:r>
              <w:rPr>
                <w:b/>
              </w:rPr>
              <w:br/>
              <w:t>FIRMA DEL CLIENTE / PASAJERO</w:t>
            </w:r>
            <w:r>
              <w:rPr>
                <w:b/>
              </w:rPr>
              <w:br/>
            </w:r>
            <w:r>
              <w:rPr>
                <w:sz w:val="17"/>
              </w:rPr>
              <w:t>Nombre: __________________</w:t>
            </w:r>
            <w:r w:rsidR="00782777">
              <w:rPr>
                <w:sz w:val="17"/>
              </w:rPr>
              <w:t>__________</w:t>
            </w:r>
            <w:r>
              <w:rPr>
                <w:sz w:val="17"/>
              </w:rPr>
              <w:t>__________</w:t>
            </w:r>
          </w:p>
          <w:p w:rsidR="003C21CB" w:rsidRDefault="00782777" w:rsidP="00782777">
            <w:pPr>
              <w:spacing w:after="0"/>
            </w:pPr>
            <w:r>
              <w:rPr>
                <w:sz w:val="17"/>
              </w:rPr>
              <w:br/>
              <w:t xml:space="preserve">DNI / CE / </w:t>
            </w:r>
            <w:r w:rsidR="00B01FC1">
              <w:rPr>
                <w:sz w:val="17"/>
              </w:rPr>
              <w:t xml:space="preserve">Pasaporte: </w:t>
            </w:r>
            <w:r>
              <w:rPr>
                <w:sz w:val="17"/>
              </w:rPr>
              <w:t>_________________</w:t>
            </w:r>
            <w:r w:rsidR="00B01FC1">
              <w:rPr>
                <w:sz w:val="17"/>
              </w:rPr>
              <w:t>___________</w:t>
            </w:r>
          </w:p>
        </w:tc>
        <w:tc>
          <w:tcPr>
            <w:tcW w:w="969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C21CB" w:rsidRDefault="00B01FC1" w:rsidP="00782777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84" w:type="pct"/>
            <w:tcBorders>
              <w:left w:val="nil"/>
            </w:tcBorders>
          </w:tcPr>
          <w:p w:rsidR="00782777" w:rsidRDefault="00B01FC1" w:rsidP="00782777">
            <w:pPr>
              <w:spacing w:after="0"/>
              <w:rPr>
                <w:sz w:val="17"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_____________________________________</w:t>
            </w:r>
            <w:r>
              <w:rPr>
                <w:b/>
              </w:rPr>
              <w:br/>
              <w:t>ENTREGADO POR (AGENCIA)</w:t>
            </w:r>
            <w:r>
              <w:rPr>
                <w:b/>
              </w:rPr>
              <w:br/>
            </w:r>
            <w:r>
              <w:rPr>
                <w:sz w:val="17"/>
              </w:rPr>
              <w:t>Firma y Sello de la Oficina</w:t>
            </w:r>
          </w:p>
          <w:p w:rsidR="003C21CB" w:rsidRDefault="00B01FC1" w:rsidP="00782777">
            <w:pPr>
              <w:spacing w:after="0"/>
            </w:pPr>
            <w:r>
              <w:rPr>
                <w:sz w:val="17"/>
              </w:rPr>
              <w:br/>
              <w:t>Nombre: ____</w:t>
            </w:r>
            <w:r w:rsidR="00782777">
              <w:rPr>
                <w:sz w:val="17"/>
              </w:rPr>
              <w:t>_________</w:t>
            </w:r>
            <w:r>
              <w:rPr>
                <w:sz w:val="17"/>
              </w:rPr>
              <w:t>_________</w:t>
            </w:r>
            <w:r>
              <w:rPr>
                <w:sz w:val="17"/>
              </w:rPr>
              <w:t>_______________</w:t>
            </w:r>
          </w:p>
        </w:tc>
      </w:tr>
    </w:tbl>
    <w:p w:rsidR="003C21CB" w:rsidRDefault="003C21CB" w:rsidP="00782777">
      <w:pPr>
        <w:spacing w:before="280" w:after="40"/>
      </w:pPr>
    </w:p>
    <w:sectPr w:rsidR="003C21CB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A5A69"/>
    <w:rsid w:val="00326F90"/>
    <w:rsid w:val="003C21CB"/>
    <w:rsid w:val="004A24CD"/>
    <w:rsid w:val="00782777"/>
    <w:rsid w:val="00AA1D8D"/>
    <w:rsid w:val="00B01FC1"/>
    <w:rsid w:val="00B47730"/>
    <w:rsid w:val="00CB0664"/>
    <w:rsid w:val="00E13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C7837A-B156-4798-AA41-850F92596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Pedro</cp:lastModifiedBy>
  <cp:revision>3</cp:revision>
  <dcterms:created xsi:type="dcterms:W3CDTF">2026-10-09T22:12:00Z</dcterms:created>
  <dcterms:modified xsi:type="dcterms:W3CDTF">2026-10-09T22:13:00Z</dcterms:modified>
</cp:coreProperties>
</file>