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5E3" w:rsidRDefault="00BE2F66">
      <w:pPr>
        <w:jc w:val="center"/>
      </w:pPr>
      <w:r>
        <w:rPr>
          <w:b/>
          <w:color w:val="1F4E79"/>
          <w:sz w:val="28"/>
        </w:rPr>
        <w:t>CONSTANCIA DE ENTREGA Y RECEPCIÓN DE DINERO</w:t>
      </w:r>
    </w:p>
    <w:p w:rsidR="007D35E3" w:rsidRDefault="00BE2F66">
      <w:pPr>
        <w:jc w:val="center"/>
      </w:pPr>
      <w:r>
        <w:rPr>
          <w:b/>
          <w:sz w:val="20"/>
        </w:rPr>
        <w:t>ENTREGA EN EFECTIVO</w:t>
      </w:r>
    </w:p>
    <w:p w:rsidR="007D35E3" w:rsidRPr="00526B27" w:rsidRDefault="00526B27">
      <w:pPr>
        <w:rPr>
          <w:rFonts w:ascii="Times New Roman" w:hAnsi="Times New Roman" w:cs="Times New Roman"/>
        </w:rPr>
      </w:pPr>
      <w:r w:rsidRPr="00526B27">
        <w:rPr>
          <w:rFonts w:ascii="Times New Roman" w:hAnsi="Times New Roman" w:cs="Times New Roman"/>
          <w:b/>
        </w:rPr>
        <w:t xml:space="preserve">FECHA: </w:t>
      </w:r>
      <w:r w:rsidRPr="00526B27">
        <w:rPr>
          <w:rFonts w:ascii="Times New Roman" w:hAnsi="Times New Roman" w:cs="Times New Roman"/>
        </w:rPr>
        <w:t xml:space="preserve">____ / ____ / ______   </w:t>
      </w:r>
      <w:r w:rsidRPr="00526B27">
        <w:rPr>
          <w:rFonts w:ascii="Times New Roman" w:hAnsi="Times New Roman" w:cs="Times New Roman"/>
          <w:b/>
        </w:rPr>
        <w:t>LUGAR</w:t>
      </w:r>
      <w:r>
        <w:rPr>
          <w:rFonts w:ascii="Times New Roman" w:hAnsi="Times New Roman" w:cs="Times New Roman"/>
          <w:b/>
        </w:rPr>
        <w:t xml:space="preserve"> </w:t>
      </w:r>
      <w:r w:rsidRPr="00526B27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 xml:space="preserve"> </w:t>
      </w:r>
      <w:r w:rsidRPr="00526B27">
        <w:rPr>
          <w:rFonts w:ascii="Times New Roman" w:hAnsi="Times New Roman" w:cs="Times New Roman"/>
          <w:b/>
        </w:rPr>
        <w:t xml:space="preserve">OFICINA: </w:t>
      </w:r>
      <w:r w:rsidRPr="00526B27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____________________________________________________</w:t>
      </w:r>
      <w:r w:rsidRPr="00526B27">
        <w:rPr>
          <w:rFonts w:ascii="Times New Roman" w:hAnsi="Times New Roman" w:cs="Times New Roman"/>
        </w:rPr>
        <w:t>_________</w:t>
      </w:r>
    </w:p>
    <w:p w:rsidR="00032DBA" w:rsidRDefault="00032DBA">
      <w:pPr>
        <w:spacing w:before="80" w:after="60"/>
        <w:rPr>
          <w:b/>
          <w:color w:val="1F4E79"/>
          <w:sz w:val="20"/>
        </w:rPr>
      </w:pPr>
    </w:p>
    <w:p w:rsidR="007D35E3" w:rsidRDefault="00BE2F66">
      <w:pPr>
        <w:spacing w:before="80" w:after="60"/>
      </w:pPr>
      <w:r>
        <w:rPr>
          <w:b/>
          <w:color w:val="1F4E79"/>
          <w:sz w:val="20"/>
        </w:rPr>
        <w:t>1. DATOS DE QUIEN RECIBE EL DINERO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35"/>
        <w:gridCol w:w="8205"/>
      </w:tblGrid>
      <w:tr w:rsidR="007D35E3" w:rsidTr="00526B27">
        <w:trPr>
          <w:jc w:val="center"/>
        </w:trPr>
        <w:tc>
          <w:tcPr>
            <w:tcW w:w="2235" w:type="dxa"/>
            <w:shd w:val="clear" w:color="auto" w:fill="D9EAF7"/>
            <w:vAlign w:val="center"/>
          </w:tcPr>
          <w:p w:rsidR="007D35E3" w:rsidRDefault="00BE2F66">
            <w:pPr>
              <w:spacing w:before="40" w:after="40"/>
            </w:pPr>
            <w:r>
              <w:rPr>
                <w:b/>
                <w:sz w:val="17"/>
              </w:rPr>
              <w:t>Nombres y apellidos</w:t>
            </w:r>
          </w:p>
        </w:tc>
        <w:tc>
          <w:tcPr>
            <w:tcW w:w="8205" w:type="dxa"/>
            <w:vAlign w:val="center"/>
          </w:tcPr>
          <w:p w:rsidR="007D35E3" w:rsidRDefault="007D35E3">
            <w:pPr>
              <w:spacing w:before="40" w:after="40"/>
            </w:pPr>
          </w:p>
          <w:p w:rsidR="00032DBA" w:rsidRDefault="00032DBA">
            <w:pPr>
              <w:spacing w:before="40" w:after="40"/>
            </w:pPr>
          </w:p>
        </w:tc>
      </w:tr>
      <w:tr w:rsidR="007D35E3" w:rsidTr="00526B27">
        <w:trPr>
          <w:jc w:val="center"/>
        </w:trPr>
        <w:tc>
          <w:tcPr>
            <w:tcW w:w="2235" w:type="dxa"/>
            <w:shd w:val="clear" w:color="auto" w:fill="D9EAF7"/>
            <w:vAlign w:val="center"/>
          </w:tcPr>
          <w:p w:rsidR="007D35E3" w:rsidRDefault="00BE2F66">
            <w:pPr>
              <w:spacing w:before="40" w:after="40"/>
            </w:pPr>
            <w:r>
              <w:rPr>
                <w:b/>
                <w:sz w:val="17"/>
              </w:rPr>
              <w:t>DNI / CE / pasaporte</w:t>
            </w:r>
          </w:p>
        </w:tc>
        <w:tc>
          <w:tcPr>
            <w:tcW w:w="8205" w:type="dxa"/>
            <w:vAlign w:val="center"/>
          </w:tcPr>
          <w:p w:rsidR="00032DBA" w:rsidRDefault="00032DBA">
            <w:pPr>
              <w:spacing w:before="40" w:after="40"/>
            </w:pPr>
          </w:p>
        </w:tc>
      </w:tr>
      <w:tr w:rsidR="00032DBA" w:rsidTr="00526B27">
        <w:trPr>
          <w:jc w:val="center"/>
        </w:trPr>
        <w:tc>
          <w:tcPr>
            <w:tcW w:w="2235" w:type="dxa"/>
            <w:shd w:val="clear" w:color="auto" w:fill="D9EAF7"/>
            <w:vAlign w:val="center"/>
          </w:tcPr>
          <w:p w:rsidR="00032DBA" w:rsidRDefault="00032DBA">
            <w:pPr>
              <w:spacing w:before="40" w:after="40"/>
              <w:rPr>
                <w:b/>
                <w:sz w:val="17"/>
              </w:rPr>
            </w:pPr>
            <w:r>
              <w:rPr>
                <w:b/>
                <w:sz w:val="17"/>
              </w:rPr>
              <w:t>Teléfono</w:t>
            </w:r>
          </w:p>
        </w:tc>
        <w:tc>
          <w:tcPr>
            <w:tcW w:w="8205" w:type="dxa"/>
            <w:vAlign w:val="center"/>
          </w:tcPr>
          <w:p w:rsidR="00032DBA" w:rsidRDefault="00032DBA">
            <w:pPr>
              <w:spacing w:before="40" w:after="40"/>
              <w:rPr>
                <w:sz w:val="17"/>
              </w:rPr>
            </w:pPr>
          </w:p>
        </w:tc>
      </w:tr>
      <w:tr w:rsidR="007D35E3" w:rsidTr="00526B27">
        <w:trPr>
          <w:jc w:val="center"/>
        </w:trPr>
        <w:tc>
          <w:tcPr>
            <w:tcW w:w="2235" w:type="dxa"/>
            <w:shd w:val="clear" w:color="auto" w:fill="D9EAF7"/>
            <w:vAlign w:val="center"/>
          </w:tcPr>
          <w:p w:rsidR="007D35E3" w:rsidRDefault="00BE2F66">
            <w:pPr>
              <w:spacing w:before="40" w:after="40"/>
            </w:pPr>
            <w:r>
              <w:rPr>
                <w:b/>
                <w:sz w:val="17"/>
              </w:rPr>
              <w:t>Correo (opcional)</w:t>
            </w:r>
          </w:p>
        </w:tc>
        <w:tc>
          <w:tcPr>
            <w:tcW w:w="8205" w:type="dxa"/>
            <w:vAlign w:val="center"/>
          </w:tcPr>
          <w:p w:rsidR="00032DBA" w:rsidRDefault="00032DBA">
            <w:pPr>
              <w:spacing w:before="40" w:after="40"/>
            </w:pPr>
          </w:p>
        </w:tc>
      </w:tr>
    </w:tbl>
    <w:p w:rsidR="007D35E3" w:rsidRDefault="00BE2F66">
      <w:pPr>
        <w:spacing w:before="80" w:after="60"/>
      </w:pPr>
      <w:r>
        <w:rPr>
          <w:b/>
          <w:color w:val="1F4E79"/>
          <w:sz w:val="20"/>
        </w:rPr>
        <w:t>2. MOTIVO O CONCEPTO DE L</w:t>
      </w:r>
      <w:r>
        <w:rPr>
          <w:b/>
          <w:color w:val="1F4E79"/>
          <w:sz w:val="20"/>
        </w:rPr>
        <w:t>A ENTREGA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35"/>
        <w:gridCol w:w="8205"/>
      </w:tblGrid>
      <w:tr w:rsidR="007D35E3" w:rsidTr="00526B27">
        <w:trPr>
          <w:jc w:val="center"/>
        </w:trPr>
        <w:tc>
          <w:tcPr>
            <w:tcW w:w="2235" w:type="dxa"/>
            <w:shd w:val="clear" w:color="auto" w:fill="D9EAF7"/>
            <w:vAlign w:val="center"/>
          </w:tcPr>
          <w:p w:rsidR="007D35E3" w:rsidRDefault="00BE2F66">
            <w:pPr>
              <w:spacing w:before="40" w:after="40"/>
            </w:pPr>
            <w:r>
              <w:rPr>
                <w:b/>
                <w:sz w:val="17"/>
              </w:rPr>
              <w:t>Concepto</w:t>
            </w:r>
          </w:p>
        </w:tc>
        <w:tc>
          <w:tcPr>
            <w:tcW w:w="8205" w:type="dxa"/>
            <w:vAlign w:val="center"/>
          </w:tcPr>
          <w:p w:rsidR="007D35E3" w:rsidRPr="00526B27" w:rsidRDefault="00526B27" w:rsidP="00526B27">
            <w:pPr>
              <w:spacing w:before="40" w:after="40"/>
              <w:rPr>
                <w:rFonts w:ascii="Times New Roman" w:hAnsi="Times New Roman" w:cs="Times New Roman"/>
                <w:sz w:val="20"/>
                <w:szCs w:val="24"/>
              </w:rPr>
            </w:pPr>
            <w:r w:rsidRPr="00526B27">
              <w:rPr>
                <w:rFonts w:ascii="MS Gothic" w:eastAsia="MS Gothic" w:hAnsi="MS Gothic" w:cs="MS Gothic"/>
                <w:sz w:val="20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DEVOLUCIÓN    </w:t>
            </w:r>
            <w:r w:rsidRPr="00526B27">
              <w:rPr>
                <w:rFonts w:ascii="MS Gothic" w:eastAsia="MS Gothic" w:hAnsi="MS Gothic" w:cs="MS Gothic"/>
                <w:sz w:val="20"/>
                <w:szCs w:val="24"/>
              </w:rPr>
              <w:t>☐</w:t>
            </w:r>
            <w:r w:rsidRPr="00526B27">
              <w:rPr>
                <w:rFonts w:ascii="Times New Roman" w:hAnsi="Times New Roman" w:cs="Times New Roman"/>
                <w:sz w:val="20"/>
                <w:szCs w:val="24"/>
              </w:rPr>
              <w:t>REEMBOLSO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  </w:t>
            </w:r>
            <w:r w:rsidRPr="00526B27">
              <w:rPr>
                <w:rFonts w:ascii="MS Gothic" w:eastAsia="MS Gothic" w:hAnsi="MS Gothic" w:cs="MS Gothic"/>
                <w:sz w:val="20"/>
                <w:szCs w:val="24"/>
              </w:rPr>
              <w:t>☐</w:t>
            </w:r>
            <w:r w:rsidRPr="00526B27">
              <w:rPr>
                <w:rFonts w:ascii="Times New Roman" w:hAnsi="Times New Roman" w:cs="Times New Roman"/>
                <w:sz w:val="20"/>
                <w:szCs w:val="24"/>
              </w:rPr>
              <w:t>COMPENSACIÓN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  </w:t>
            </w:r>
            <w:r w:rsidRPr="00526B27">
              <w:rPr>
                <w:rFonts w:ascii="MS Gothic" w:eastAsia="MS Gothic" w:hAnsi="MS Gothic" w:cs="MS Gothic"/>
                <w:sz w:val="20"/>
                <w:szCs w:val="24"/>
              </w:rPr>
              <w:t>☐</w:t>
            </w:r>
            <w:r w:rsidRPr="00526B27">
              <w:rPr>
                <w:rFonts w:ascii="Times New Roman" w:hAnsi="Times New Roman" w:cs="Times New Roman"/>
                <w:sz w:val="20"/>
                <w:szCs w:val="24"/>
              </w:rPr>
              <w:t>OTRO:</w:t>
            </w:r>
          </w:p>
        </w:tc>
      </w:tr>
      <w:tr w:rsidR="007D35E3" w:rsidTr="00526B27">
        <w:trPr>
          <w:jc w:val="center"/>
        </w:trPr>
        <w:tc>
          <w:tcPr>
            <w:tcW w:w="2235" w:type="dxa"/>
            <w:shd w:val="clear" w:color="auto" w:fill="D9EAF7"/>
            <w:vAlign w:val="center"/>
          </w:tcPr>
          <w:p w:rsidR="007D35E3" w:rsidRDefault="00BE2F66">
            <w:pPr>
              <w:spacing w:before="40" w:after="40"/>
            </w:pPr>
            <w:r>
              <w:rPr>
                <w:b/>
                <w:sz w:val="17"/>
              </w:rPr>
              <w:t>Servicio u operación relacionada</w:t>
            </w:r>
          </w:p>
        </w:tc>
        <w:tc>
          <w:tcPr>
            <w:tcW w:w="8205" w:type="dxa"/>
            <w:vAlign w:val="center"/>
          </w:tcPr>
          <w:p w:rsidR="00032DBA" w:rsidRPr="00526B27" w:rsidRDefault="00526B27">
            <w:pPr>
              <w:spacing w:before="40" w:after="40"/>
              <w:rPr>
                <w:rFonts w:ascii="Times New Roman" w:hAnsi="Times New Roman" w:cs="Times New Roman"/>
                <w:sz w:val="20"/>
                <w:szCs w:val="24"/>
              </w:rPr>
            </w:pPr>
            <w:r w:rsidRPr="00526B27">
              <w:rPr>
                <w:rFonts w:ascii="MS Gothic" w:eastAsia="MS Gothic" w:hAnsi="MS Gothic" w:cs="MS Gothic"/>
                <w:sz w:val="20"/>
                <w:szCs w:val="24"/>
              </w:rPr>
              <w:t>☐</w:t>
            </w:r>
            <w:r w:rsidRPr="00526B27">
              <w:rPr>
                <w:rFonts w:ascii="Times New Roman" w:hAnsi="Times New Roman" w:cs="Times New Roman"/>
                <w:sz w:val="20"/>
                <w:szCs w:val="24"/>
              </w:rPr>
              <w:t>VUELO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  </w:t>
            </w:r>
            <w:r w:rsidRPr="00526B27">
              <w:rPr>
                <w:rFonts w:ascii="MS Gothic" w:eastAsia="MS Gothic" w:hAnsi="MS Gothic" w:cs="MS Gothic"/>
                <w:sz w:val="20"/>
                <w:szCs w:val="24"/>
              </w:rPr>
              <w:t>☐</w:t>
            </w:r>
            <w:r w:rsidRPr="00526B27">
              <w:rPr>
                <w:rFonts w:ascii="Times New Roman" w:eastAsia="MS Gothic" w:hAnsi="Times New Roman" w:cs="Times New Roman"/>
                <w:sz w:val="20"/>
                <w:szCs w:val="24"/>
              </w:rPr>
              <w:t>HOTEL</w:t>
            </w: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   </w:t>
            </w:r>
            <w:r w:rsidRPr="00526B27">
              <w:rPr>
                <w:rFonts w:ascii="MS Gothic" w:eastAsia="MS Gothic" w:hAnsi="MS Gothic" w:cs="MS Gothic"/>
                <w:sz w:val="20"/>
                <w:szCs w:val="24"/>
              </w:rPr>
              <w:t>☐</w:t>
            </w:r>
            <w:r w:rsidRPr="00526B27">
              <w:rPr>
                <w:rFonts w:ascii="Times New Roman" w:eastAsia="MS Gothic" w:hAnsi="Times New Roman" w:cs="Times New Roman"/>
                <w:sz w:val="20"/>
                <w:szCs w:val="24"/>
              </w:rPr>
              <w:t>TRASLADO</w:t>
            </w: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   </w:t>
            </w:r>
            <w:r w:rsidRPr="00526B27">
              <w:rPr>
                <w:rFonts w:ascii="MS Gothic" w:eastAsia="MS Gothic" w:hAnsi="MS Gothic" w:cs="MS Gothic"/>
                <w:sz w:val="20"/>
                <w:szCs w:val="24"/>
              </w:rPr>
              <w:t>☐</w:t>
            </w:r>
            <w:r w:rsidRPr="00526B27">
              <w:rPr>
                <w:rFonts w:ascii="Times New Roman" w:eastAsia="MS Gothic" w:hAnsi="Times New Roman" w:cs="Times New Roman"/>
                <w:sz w:val="20"/>
                <w:szCs w:val="24"/>
              </w:rPr>
              <w:t>SEGURO</w:t>
            </w: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   </w:t>
            </w:r>
            <w:r w:rsidRPr="00526B27">
              <w:rPr>
                <w:rFonts w:ascii="MS Gothic" w:eastAsia="MS Gothic" w:hAnsi="MS Gothic" w:cs="MS Gothic"/>
                <w:sz w:val="20"/>
                <w:szCs w:val="24"/>
              </w:rPr>
              <w:t>☐</w:t>
            </w:r>
            <w:r w:rsidRPr="00526B27">
              <w:rPr>
                <w:rFonts w:ascii="Times New Roman" w:hAnsi="Times New Roman" w:cs="Times New Roman"/>
                <w:sz w:val="20"/>
                <w:szCs w:val="24"/>
              </w:rPr>
              <w:t xml:space="preserve">PAQUETE TURÍSTICO </w:t>
            </w:r>
          </w:p>
          <w:p w:rsidR="007D35E3" w:rsidRPr="00526B27" w:rsidRDefault="00526B27" w:rsidP="00032DBA">
            <w:pPr>
              <w:spacing w:before="40" w:after="40"/>
              <w:rPr>
                <w:rFonts w:ascii="Times New Roman" w:hAnsi="Times New Roman" w:cs="Times New Roman"/>
                <w:sz w:val="20"/>
                <w:szCs w:val="24"/>
              </w:rPr>
            </w:pPr>
            <w:r w:rsidRPr="00526B27">
              <w:rPr>
                <w:rFonts w:ascii="MS Gothic" w:eastAsia="MS Gothic" w:hAnsi="MS Gothic" w:cs="MS Gothic"/>
                <w:sz w:val="20"/>
                <w:szCs w:val="24"/>
              </w:rPr>
              <w:t>☐</w:t>
            </w:r>
            <w:r w:rsidRPr="00526B27">
              <w:rPr>
                <w:rFonts w:ascii="Times New Roman" w:hAnsi="Times New Roman" w:cs="Times New Roman"/>
                <w:sz w:val="20"/>
                <w:szCs w:val="24"/>
              </w:rPr>
              <w:t xml:space="preserve"> OTRO:</w:t>
            </w:r>
          </w:p>
        </w:tc>
      </w:tr>
      <w:tr w:rsidR="00032DBA" w:rsidTr="00526B27">
        <w:trPr>
          <w:jc w:val="center"/>
        </w:trPr>
        <w:tc>
          <w:tcPr>
            <w:tcW w:w="2235" w:type="dxa"/>
            <w:shd w:val="clear" w:color="auto" w:fill="D9EAF7"/>
            <w:vAlign w:val="center"/>
          </w:tcPr>
          <w:p w:rsidR="00032DBA" w:rsidRDefault="00032DBA" w:rsidP="00BE2F66">
            <w:pPr>
              <w:spacing w:before="40" w:after="40"/>
              <w:rPr>
                <w:b/>
                <w:sz w:val="17"/>
              </w:rPr>
            </w:pPr>
            <w:r>
              <w:rPr>
                <w:b/>
                <w:sz w:val="17"/>
              </w:rPr>
              <w:t>Documento de Cobranza (DC)</w:t>
            </w:r>
            <w:r w:rsidR="00BE2F66">
              <w:rPr>
                <w:b/>
                <w:sz w:val="17"/>
              </w:rPr>
              <w:t xml:space="preserve"> y </w:t>
            </w:r>
            <w:r w:rsidR="00BE2F66" w:rsidRPr="00BE2F66">
              <w:rPr>
                <w:b/>
                <w:sz w:val="17"/>
                <w:u w:val="single"/>
              </w:rPr>
              <w:t>O</w:t>
            </w:r>
            <w:bookmarkStart w:id="0" w:name="_GoBack"/>
            <w:bookmarkEnd w:id="0"/>
            <w:r w:rsidR="00BE2F66" w:rsidRPr="00BE2F66">
              <w:rPr>
                <w:b/>
                <w:sz w:val="17"/>
                <w:u w:val="single"/>
              </w:rPr>
              <w:t>ficina</w:t>
            </w:r>
          </w:p>
        </w:tc>
        <w:tc>
          <w:tcPr>
            <w:tcW w:w="8205" w:type="dxa"/>
            <w:vAlign w:val="center"/>
          </w:tcPr>
          <w:p w:rsidR="00032DBA" w:rsidRPr="00032DBA" w:rsidRDefault="00032DBA">
            <w:pPr>
              <w:spacing w:before="40" w:after="40"/>
              <w:rPr>
                <w:rFonts w:ascii="MS Gothic" w:eastAsia="MS Gothic" w:hAnsi="MS Gothic" w:cs="MS Gothic" w:hint="eastAsia"/>
                <w:sz w:val="20"/>
              </w:rPr>
            </w:pPr>
          </w:p>
        </w:tc>
      </w:tr>
      <w:tr w:rsidR="007D35E3" w:rsidTr="00526B27">
        <w:trPr>
          <w:jc w:val="center"/>
        </w:trPr>
        <w:tc>
          <w:tcPr>
            <w:tcW w:w="2235" w:type="dxa"/>
            <w:shd w:val="clear" w:color="auto" w:fill="D9EAF7"/>
            <w:vAlign w:val="center"/>
          </w:tcPr>
          <w:p w:rsidR="007D35E3" w:rsidRDefault="00526B27">
            <w:pPr>
              <w:spacing w:before="40" w:after="40"/>
            </w:pPr>
            <w:r>
              <w:rPr>
                <w:b/>
                <w:sz w:val="17"/>
              </w:rPr>
              <w:t>Código de referencia y Proveedor</w:t>
            </w:r>
          </w:p>
        </w:tc>
        <w:tc>
          <w:tcPr>
            <w:tcW w:w="8205" w:type="dxa"/>
            <w:vAlign w:val="center"/>
          </w:tcPr>
          <w:p w:rsidR="007D35E3" w:rsidRDefault="007D35E3">
            <w:pPr>
              <w:spacing w:before="40" w:after="40"/>
            </w:pPr>
          </w:p>
        </w:tc>
      </w:tr>
      <w:tr w:rsidR="007D35E3" w:rsidTr="00526B27">
        <w:trPr>
          <w:jc w:val="center"/>
        </w:trPr>
        <w:tc>
          <w:tcPr>
            <w:tcW w:w="2235" w:type="dxa"/>
            <w:shd w:val="clear" w:color="auto" w:fill="D9EAF7"/>
            <w:vAlign w:val="center"/>
          </w:tcPr>
          <w:p w:rsidR="007D35E3" w:rsidRDefault="00BE2F66">
            <w:pPr>
              <w:spacing w:before="40" w:after="40"/>
            </w:pPr>
            <w:r>
              <w:rPr>
                <w:b/>
                <w:sz w:val="17"/>
              </w:rPr>
              <w:t>Descripción o motivo</w:t>
            </w:r>
          </w:p>
        </w:tc>
        <w:tc>
          <w:tcPr>
            <w:tcW w:w="8205" w:type="dxa"/>
            <w:vAlign w:val="center"/>
          </w:tcPr>
          <w:p w:rsidR="00032DBA" w:rsidRDefault="00032DBA">
            <w:pPr>
              <w:spacing w:before="40" w:after="40"/>
            </w:pPr>
          </w:p>
        </w:tc>
      </w:tr>
    </w:tbl>
    <w:p w:rsidR="007D35E3" w:rsidRDefault="00BE2F66">
      <w:pPr>
        <w:spacing w:before="80" w:after="60"/>
      </w:pPr>
      <w:r>
        <w:rPr>
          <w:b/>
          <w:color w:val="1F4E79"/>
          <w:sz w:val="20"/>
        </w:rPr>
        <w:t>3. IMPORTE ENTREGADO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35"/>
        <w:gridCol w:w="8205"/>
      </w:tblGrid>
      <w:tr w:rsidR="007D35E3" w:rsidTr="00526B27">
        <w:trPr>
          <w:jc w:val="center"/>
        </w:trPr>
        <w:tc>
          <w:tcPr>
            <w:tcW w:w="2235" w:type="dxa"/>
            <w:shd w:val="clear" w:color="auto" w:fill="D9EAF7"/>
            <w:vAlign w:val="center"/>
          </w:tcPr>
          <w:p w:rsidR="007D35E3" w:rsidRDefault="00BE2F66">
            <w:pPr>
              <w:spacing w:before="40" w:after="40"/>
            </w:pPr>
            <w:r>
              <w:rPr>
                <w:b/>
                <w:sz w:val="17"/>
              </w:rPr>
              <w:t>Monto entregado</w:t>
            </w:r>
          </w:p>
        </w:tc>
        <w:tc>
          <w:tcPr>
            <w:tcW w:w="8205" w:type="dxa"/>
            <w:vAlign w:val="center"/>
          </w:tcPr>
          <w:p w:rsidR="00526B27" w:rsidRPr="00526B27" w:rsidRDefault="00526B27" w:rsidP="00526B27">
            <w:pPr>
              <w:spacing w:before="40" w:after="40"/>
              <w:rPr>
                <w:sz w:val="20"/>
              </w:rPr>
            </w:pPr>
          </w:p>
          <w:p w:rsidR="00526B27" w:rsidRDefault="00526B27" w:rsidP="00526B27">
            <w:pPr>
              <w:spacing w:before="40" w:after="40"/>
            </w:pPr>
            <w:r w:rsidRPr="00526B27">
              <w:rPr>
                <w:rFonts w:ascii="Times New Roman" w:hAnsi="Times New Roman" w:cs="Times New Roman"/>
                <w:sz w:val="20"/>
              </w:rPr>
              <w:t xml:space="preserve">MONEDA: </w:t>
            </w:r>
            <w:r w:rsidRPr="00526B27">
              <w:rPr>
                <w:rFonts w:ascii="MS Gothic" w:eastAsia="MS Gothic" w:hAnsi="MS Gothic" w:cs="MS Gothic" w:hint="eastAsia"/>
                <w:sz w:val="20"/>
              </w:rPr>
              <w:t>☐</w:t>
            </w:r>
            <w:r>
              <w:rPr>
                <w:rFonts w:ascii="Times New Roman" w:hAnsi="Times New Roman" w:cs="Times New Roman"/>
                <w:sz w:val="20"/>
              </w:rPr>
              <w:t xml:space="preserve"> SOLES</w:t>
            </w:r>
            <w:r w:rsidRPr="00526B27">
              <w:rPr>
                <w:rFonts w:ascii="Times New Roman" w:hAnsi="Times New Roman" w:cs="Times New Roman"/>
                <w:sz w:val="20"/>
              </w:rPr>
              <w:t xml:space="preserve">   </w:t>
            </w:r>
            <w:r w:rsidRPr="00526B27">
              <w:rPr>
                <w:rFonts w:ascii="MS Gothic" w:eastAsia="MS Gothic" w:hAnsi="MS Gothic" w:cs="MS Gothic" w:hint="eastAsia"/>
                <w:sz w:val="20"/>
              </w:rPr>
              <w:t>☐</w:t>
            </w:r>
            <w:r w:rsidRPr="00526B27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DÓLARES</w:t>
            </w:r>
            <w:r w:rsidRPr="00526B27">
              <w:rPr>
                <w:rFonts w:ascii="Times New Roman" w:hAnsi="Times New Roman" w:cs="Times New Roman"/>
                <w:sz w:val="20"/>
              </w:rPr>
              <w:t xml:space="preserve">         IMPORTE:</w:t>
            </w:r>
          </w:p>
        </w:tc>
      </w:tr>
      <w:tr w:rsidR="007D35E3" w:rsidTr="00526B27">
        <w:trPr>
          <w:jc w:val="center"/>
        </w:trPr>
        <w:tc>
          <w:tcPr>
            <w:tcW w:w="2235" w:type="dxa"/>
            <w:shd w:val="clear" w:color="auto" w:fill="D9EAF7"/>
            <w:vAlign w:val="center"/>
          </w:tcPr>
          <w:p w:rsidR="007D35E3" w:rsidRDefault="00BE2F66">
            <w:pPr>
              <w:spacing w:before="40" w:after="40"/>
            </w:pPr>
            <w:r>
              <w:rPr>
                <w:b/>
                <w:sz w:val="17"/>
              </w:rPr>
              <w:t>Importe en letras</w:t>
            </w:r>
          </w:p>
        </w:tc>
        <w:tc>
          <w:tcPr>
            <w:tcW w:w="8205" w:type="dxa"/>
            <w:vAlign w:val="center"/>
          </w:tcPr>
          <w:p w:rsidR="007D35E3" w:rsidRDefault="007D35E3">
            <w:pPr>
              <w:spacing w:before="40" w:after="40"/>
            </w:pPr>
          </w:p>
          <w:p w:rsidR="00526B27" w:rsidRDefault="00526B27">
            <w:pPr>
              <w:spacing w:before="40" w:after="40"/>
            </w:pPr>
          </w:p>
        </w:tc>
      </w:tr>
      <w:tr w:rsidR="007D35E3" w:rsidTr="00526B27">
        <w:trPr>
          <w:jc w:val="center"/>
        </w:trPr>
        <w:tc>
          <w:tcPr>
            <w:tcW w:w="2235" w:type="dxa"/>
            <w:shd w:val="clear" w:color="auto" w:fill="D9EAF7"/>
            <w:vAlign w:val="center"/>
          </w:tcPr>
          <w:p w:rsidR="007D35E3" w:rsidRDefault="00BE2F66">
            <w:pPr>
              <w:spacing w:before="40" w:after="40"/>
            </w:pPr>
            <w:r>
              <w:rPr>
                <w:b/>
                <w:sz w:val="17"/>
              </w:rPr>
              <w:t>Medio de entrega</w:t>
            </w:r>
          </w:p>
        </w:tc>
        <w:tc>
          <w:tcPr>
            <w:tcW w:w="8205" w:type="dxa"/>
            <w:vAlign w:val="center"/>
          </w:tcPr>
          <w:p w:rsidR="007D35E3" w:rsidRPr="00032DBA" w:rsidRDefault="00032DBA" w:rsidP="00526B27">
            <w:pPr>
              <w:spacing w:before="40" w:after="40"/>
              <w:rPr>
                <w:sz w:val="24"/>
              </w:rPr>
            </w:pPr>
            <w:r w:rsidRPr="00032DBA">
              <w:rPr>
                <w:rFonts w:ascii="MS Gothic" w:eastAsia="MS Gothic" w:hAnsi="MS Gothic" w:cs="MS Gothic" w:hint="eastAsia"/>
                <w:sz w:val="24"/>
              </w:rPr>
              <w:t>☐</w:t>
            </w:r>
            <w:r w:rsidR="00526B27" w:rsidRPr="00526B27">
              <w:rPr>
                <w:rFonts w:ascii="Times New Roman" w:hAnsi="Times New Roman" w:cs="Times New Roman"/>
                <w:sz w:val="20"/>
              </w:rPr>
              <w:t>EFECTIVO</w:t>
            </w:r>
          </w:p>
        </w:tc>
      </w:tr>
    </w:tbl>
    <w:p w:rsidR="007D35E3" w:rsidRDefault="00BE2F66">
      <w:pPr>
        <w:spacing w:before="80" w:after="60"/>
      </w:pPr>
      <w:r>
        <w:rPr>
          <w:b/>
          <w:color w:val="1F4E79"/>
          <w:sz w:val="20"/>
        </w:rPr>
        <w:t>4. DECLARACIÓN DE RECEPCIÓN</w:t>
      </w:r>
    </w:p>
    <w:p w:rsidR="007D35E3" w:rsidRPr="00526B27" w:rsidRDefault="00BE2F66">
      <w:pPr>
        <w:spacing w:after="100"/>
        <w:rPr>
          <w:sz w:val="20"/>
        </w:rPr>
      </w:pPr>
      <w:r w:rsidRPr="00526B27">
        <w:rPr>
          <w:sz w:val="20"/>
        </w:rPr>
        <w:t xml:space="preserve">Yo, la persona identificada en esta constancia, declaro haber recibido de </w:t>
      </w:r>
      <w:r w:rsidR="00032DBA" w:rsidRPr="00526B27">
        <w:rPr>
          <w:b/>
          <w:sz w:val="20"/>
        </w:rPr>
        <w:t>VIAJES PARIGUANA S.A.C</w:t>
      </w:r>
      <w:r w:rsidR="00032DBA" w:rsidRPr="00526B27">
        <w:rPr>
          <w:sz w:val="20"/>
        </w:rPr>
        <w:t>.</w:t>
      </w:r>
      <w:r w:rsidRPr="00526B27">
        <w:rPr>
          <w:sz w:val="20"/>
        </w:rPr>
        <w:t xml:space="preserve">, en la fecha </w:t>
      </w:r>
      <w:r w:rsidRPr="00526B27">
        <w:rPr>
          <w:sz w:val="20"/>
        </w:rPr>
        <w:t>indicada, la suma señalada en la sección 3, entregada en efectivo por el concepto descrito en la sección 2.</w:t>
      </w:r>
    </w:p>
    <w:p w:rsidR="007D35E3" w:rsidRPr="00526B27" w:rsidRDefault="00BE2F66">
      <w:pPr>
        <w:spacing w:after="100"/>
        <w:rPr>
          <w:sz w:val="20"/>
        </w:rPr>
      </w:pPr>
      <w:r w:rsidRPr="00526B27">
        <w:rPr>
          <w:sz w:val="20"/>
        </w:rPr>
        <w:t xml:space="preserve">Con mi firma dejo constancia de la recepción efectiva del importe indicado en este documento. La presente constancia acredita únicamente la entrega </w:t>
      </w:r>
      <w:r w:rsidRPr="00526B27">
        <w:rPr>
          <w:sz w:val="20"/>
        </w:rPr>
        <w:t xml:space="preserve">y recepción del </w:t>
      </w:r>
      <w:r w:rsidRPr="00526B27">
        <w:rPr>
          <w:sz w:val="20"/>
          <w:u w:val="single"/>
        </w:rPr>
        <w:t>monto</w:t>
      </w:r>
      <w:r w:rsidRPr="00526B27">
        <w:rPr>
          <w:sz w:val="20"/>
        </w:rPr>
        <w:t xml:space="preserve"> aquí consignado y no acredita pagos adicionales ni conceptos distintos de los expresamente descritos.</w:t>
      </w:r>
    </w:p>
    <w:p w:rsidR="00032DBA" w:rsidRDefault="00BE2F66">
      <w:pPr>
        <w:spacing w:after="100"/>
      </w:pPr>
      <w:r w:rsidRPr="00526B27">
        <w:rPr>
          <w:sz w:val="20"/>
        </w:rPr>
        <w:t>Observaciones (opcional):</w:t>
      </w:r>
      <w:r>
        <w:br/>
      </w:r>
    </w:p>
    <w:p w:rsidR="00032DBA" w:rsidRDefault="00BE2F66">
      <w:pPr>
        <w:spacing w:after="100"/>
      </w:pPr>
      <w:r>
        <w:t>_________________________________________________________________</w:t>
      </w:r>
      <w:r w:rsidR="00032DBA">
        <w:t>_____________________</w:t>
      </w:r>
      <w:r>
        <w:t>_______________</w:t>
      </w:r>
    </w:p>
    <w:p w:rsidR="007D35E3" w:rsidRDefault="00032DBA" w:rsidP="00032DBA">
      <w:pPr>
        <w:spacing w:after="100"/>
      </w:pPr>
      <w:r>
        <w:t>_____________________________________________________________________________________________________</w:t>
      </w:r>
      <w:r>
        <w:br/>
      </w:r>
      <w:r w:rsidR="00BE2F66">
        <w:br/>
      </w:r>
      <w:r w:rsidR="00BE2F66">
        <w:rPr>
          <w:b/>
          <w:color w:val="1F4E79"/>
          <w:sz w:val="20"/>
        </w:rPr>
        <w:t>5. FIRMAS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15"/>
        <w:gridCol w:w="5225"/>
      </w:tblGrid>
      <w:tr w:rsidR="007D35E3">
        <w:trPr>
          <w:jc w:val="center"/>
        </w:trPr>
        <w:tc>
          <w:tcPr>
            <w:tcW w:w="5328" w:type="dxa"/>
            <w:vAlign w:val="center"/>
          </w:tcPr>
          <w:p w:rsidR="00032DBA" w:rsidRDefault="00BE2F66">
            <w:pPr>
              <w:spacing w:after="40"/>
              <w:jc w:val="center"/>
              <w:rPr>
                <w:sz w:val="17"/>
              </w:rPr>
            </w:pPr>
            <w:r>
              <w:rPr>
                <w:sz w:val="17"/>
              </w:rPr>
              <w:br/>
            </w:r>
          </w:p>
          <w:p w:rsidR="00032DBA" w:rsidRDefault="00BE2F66">
            <w:pPr>
              <w:spacing w:after="40"/>
              <w:jc w:val="center"/>
              <w:rPr>
                <w:sz w:val="17"/>
              </w:rPr>
            </w:pPr>
            <w:r>
              <w:rPr>
                <w:sz w:val="17"/>
              </w:rPr>
              <w:br/>
              <w:t>____________________________________</w:t>
            </w:r>
            <w:r>
              <w:rPr>
                <w:sz w:val="17"/>
              </w:rPr>
              <w:br/>
              <w:t>FIRMA DE QUIEN RECIBE</w:t>
            </w:r>
            <w:r>
              <w:rPr>
                <w:sz w:val="17"/>
              </w:rPr>
              <w:br/>
            </w:r>
          </w:p>
          <w:p w:rsidR="00032DBA" w:rsidRDefault="00032DBA" w:rsidP="00032DBA">
            <w:pPr>
              <w:spacing w:after="40"/>
              <w:rPr>
                <w:sz w:val="17"/>
              </w:rPr>
            </w:pPr>
            <w:r>
              <w:rPr>
                <w:sz w:val="17"/>
              </w:rPr>
              <w:t>Nombre: _________________________________</w:t>
            </w:r>
            <w:r w:rsidR="00BE2F66">
              <w:rPr>
                <w:sz w:val="17"/>
              </w:rPr>
              <w:t>__________</w:t>
            </w:r>
            <w:r w:rsidR="00BE2F66">
              <w:rPr>
                <w:sz w:val="17"/>
              </w:rPr>
              <w:br/>
            </w:r>
          </w:p>
          <w:p w:rsidR="007D35E3" w:rsidRDefault="00BE2F66" w:rsidP="00526B27">
            <w:pPr>
              <w:spacing w:after="40"/>
            </w:pPr>
            <w:r>
              <w:rPr>
                <w:sz w:val="17"/>
              </w:rPr>
              <w:t>DNI / CE</w:t>
            </w:r>
            <w:r w:rsidR="00032DBA">
              <w:rPr>
                <w:sz w:val="17"/>
              </w:rPr>
              <w:t xml:space="preserve"> / </w:t>
            </w:r>
            <w:r w:rsidR="00526B27">
              <w:rPr>
                <w:sz w:val="17"/>
              </w:rPr>
              <w:t>PASAPORTE</w:t>
            </w:r>
            <w:r w:rsidR="00032DBA">
              <w:rPr>
                <w:sz w:val="17"/>
              </w:rPr>
              <w:t>:</w:t>
            </w:r>
          </w:p>
        </w:tc>
        <w:tc>
          <w:tcPr>
            <w:tcW w:w="5328" w:type="dxa"/>
            <w:vAlign w:val="center"/>
          </w:tcPr>
          <w:p w:rsidR="00032DBA" w:rsidRDefault="00BE2F66">
            <w:pPr>
              <w:spacing w:after="40"/>
              <w:jc w:val="center"/>
              <w:rPr>
                <w:sz w:val="17"/>
              </w:rPr>
            </w:pPr>
            <w:r>
              <w:rPr>
                <w:sz w:val="17"/>
              </w:rPr>
              <w:br/>
            </w:r>
          </w:p>
          <w:p w:rsidR="00032DBA" w:rsidRDefault="00BE2F66">
            <w:pPr>
              <w:spacing w:after="40"/>
              <w:jc w:val="center"/>
              <w:rPr>
                <w:sz w:val="17"/>
              </w:rPr>
            </w:pPr>
            <w:r>
              <w:rPr>
                <w:sz w:val="17"/>
              </w:rPr>
              <w:br/>
              <w:t>_______________________</w:t>
            </w:r>
            <w:r>
              <w:rPr>
                <w:sz w:val="17"/>
              </w:rPr>
              <w:t>_____________</w:t>
            </w:r>
            <w:r>
              <w:rPr>
                <w:sz w:val="17"/>
              </w:rPr>
              <w:br/>
              <w:t>FIRMA DE QUIEN ENTREGA</w:t>
            </w:r>
            <w:r>
              <w:rPr>
                <w:sz w:val="17"/>
              </w:rPr>
              <w:br/>
            </w:r>
          </w:p>
          <w:p w:rsidR="00032DBA" w:rsidRDefault="00BE2F66" w:rsidP="00032DBA">
            <w:pPr>
              <w:spacing w:after="40"/>
              <w:rPr>
                <w:sz w:val="17"/>
              </w:rPr>
            </w:pPr>
            <w:r>
              <w:rPr>
                <w:sz w:val="17"/>
              </w:rPr>
              <w:t>Nombre: _____________________________</w:t>
            </w:r>
            <w:r w:rsidR="00032DBA">
              <w:rPr>
                <w:sz w:val="17"/>
              </w:rPr>
              <w:t>_______________</w:t>
            </w:r>
            <w:r>
              <w:rPr>
                <w:sz w:val="17"/>
              </w:rPr>
              <w:br/>
            </w:r>
          </w:p>
          <w:p w:rsidR="007D35E3" w:rsidRDefault="00032DBA" w:rsidP="00032DBA">
            <w:pPr>
              <w:spacing w:after="40"/>
            </w:pPr>
            <w:r>
              <w:rPr>
                <w:sz w:val="17"/>
              </w:rPr>
              <w:t>DNI:</w:t>
            </w:r>
          </w:p>
        </w:tc>
      </w:tr>
    </w:tbl>
    <w:p w:rsidR="007D35E3" w:rsidRDefault="00BE2F66">
      <w:pPr>
        <w:spacing w:before="100"/>
        <w:jc w:val="center"/>
      </w:pPr>
      <w:r>
        <w:rPr>
          <w:i/>
          <w:color w:val="5A5A5A"/>
          <w:sz w:val="16"/>
        </w:rPr>
        <w:t>Completar los datos, indicar el concepto exacto y conservar una copia firmada con los registros de la operación.</w:t>
      </w:r>
    </w:p>
    <w:sectPr w:rsidR="007D35E3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2DBA"/>
    <w:rsid w:val="00034616"/>
    <w:rsid w:val="0006063C"/>
    <w:rsid w:val="0015074B"/>
    <w:rsid w:val="0029639D"/>
    <w:rsid w:val="00326F90"/>
    <w:rsid w:val="00526B27"/>
    <w:rsid w:val="007D35E3"/>
    <w:rsid w:val="00811790"/>
    <w:rsid w:val="00AA1D8D"/>
    <w:rsid w:val="00B47730"/>
    <w:rsid w:val="00BE2F6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18"/>
      <w:lang w:val="es-PE" w:eastAsia="es-PE" w:bidi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  <w:rPr>
      <w:rFonts w:ascii="Arial" w:hAnsi="Arial"/>
      <w:lang w:val="es-PE" w:eastAsia="es-PE" w:bidi="es-PE"/>
    </w:rPr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  <w:rPr>
      <w:rFonts w:ascii="Arial" w:hAnsi="Arial"/>
      <w:lang w:val="es-PE" w:eastAsia="es-PE" w:bidi="es-PE"/>
    </w:rPr>
  </w:style>
  <w:style w:type="paragraph" w:styleId="Sinespaciado">
    <w:name w:val="No Spacing"/>
    <w:uiPriority w:val="1"/>
    <w:qFormat/>
    <w:rsid w:val="00FC693F"/>
    <w:pPr>
      <w:spacing w:after="0" w:line="240" w:lineRule="auto"/>
    </w:pPr>
    <w:rPr>
      <w:rFonts w:ascii="Arial" w:hAnsi="Arial"/>
      <w:lang w:val="es-PE" w:eastAsia="es-PE" w:bidi="es-PE"/>
    </w:r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PE" w:eastAsia="es-PE" w:bidi="es-PE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PE" w:eastAsia="es-PE" w:bidi="es-PE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es-PE" w:eastAsia="es-PE" w:bidi="es-PE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PE" w:eastAsia="es-PE" w:bidi="es-PE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PE" w:eastAsia="es-PE" w:bidi="es-PE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  <w:rPr>
      <w:rFonts w:ascii="Arial" w:hAnsi="Arial"/>
      <w:lang w:val="es-PE" w:eastAsia="es-PE" w:bidi="es-PE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  <w:rPr>
      <w:rFonts w:ascii="Arial" w:hAnsi="Arial"/>
      <w:lang w:val="es-PE" w:eastAsia="es-PE" w:bidi="es-PE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rFonts w:ascii="Arial" w:hAnsi="Arial"/>
      <w:sz w:val="16"/>
      <w:szCs w:val="16"/>
      <w:lang w:val="es-PE" w:eastAsia="es-PE" w:bidi="es-PE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  <w:lang w:val="es-PE" w:eastAsia="es-PE" w:bidi="es-PE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Arial" w:hAnsi="Arial"/>
      <w:sz w:val="20"/>
      <w:szCs w:val="20"/>
      <w:lang w:val="es-PE" w:eastAsia="es-PE" w:bidi="es-PE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rFonts w:ascii="Arial" w:hAnsi="Arial"/>
      <w:i/>
      <w:iCs/>
      <w:color w:val="000000" w:themeColor="text1"/>
      <w:lang w:val="es-PE" w:eastAsia="es-PE" w:bidi="es-P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es-PE" w:eastAsia="es-PE" w:bidi="es-P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es-PE" w:eastAsia="es-PE" w:bidi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es-PE" w:eastAsia="es-PE" w:bidi="es-P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es-PE" w:eastAsia="es-PE" w:bidi="es-P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es-PE" w:eastAsia="es-PE" w:bidi="es-P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PE" w:eastAsia="es-PE" w:bidi="es-PE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rFonts w:ascii="Arial" w:hAnsi="Arial"/>
      <w:b/>
      <w:bCs/>
      <w:lang w:val="es-PE" w:eastAsia="es-PE" w:bidi="es-PE"/>
    </w:rPr>
  </w:style>
  <w:style w:type="character" w:styleId="nfasis">
    <w:name w:val="Emphasis"/>
    <w:basedOn w:val="Fuentedeprrafopredeter"/>
    <w:uiPriority w:val="20"/>
    <w:qFormat/>
    <w:rsid w:val="00FC693F"/>
    <w:rPr>
      <w:rFonts w:ascii="Arial" w:hAnsi="Arial"/>
      <w:i/>
      <w:iCs/>
      <w:lang w:val="es-PE" w:eastAsia="es-PE" w:bidi="es-PE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rFonts w:ascii="Arial" w:hAnsi="Arial"/>
      <w:b/>
      <w:bCs/>
      <w:i/>
      <w:iCs/>
      <w:color w:val="4F81BD" w:themeColor="accent1"/>
      <w:lang w:val="es-PE" w:eastAsia="es-PE" w:bidi="es-PE"/>
    </w:rPr>
  </w:style>
  <w:style w:type="character" w:styleId="nfasissutil">
    <w:name w:val="Subtle Emphasis"/>
    <w:basedOn w:val="Fuentedeprrafopredeter"/>
    <w:uiPriority w:val="19"/>
    <w:qFormat/>
    <w:rsid w:val="00FC693F"/>
    <w:rPr>
      <w:rFonts w:ascii="Arial" w:hAnsi="Arial"/>
      <w:i/>
      <w:iCs/>
      <w:color w:val="808080" w:themeColor="text1" w:themeTint="7F"/>
      <w:lang w:val="es-PE" w:eastAsia="es-PE" w:bidi="es-PE"/>
    </w:rPr>
  </w:style>
  <w:style w:type="character" w:styleId="nfasisintenso">
    <w:name w:val="Intense Emphasis"/>
    <w:basedOn w:val="Fuentedeprrafopredeter"/>
    <w:uiPriority w:val="21"/>
    <w:qFormat/>
    <w:rsid w:val="00FC693F"/>
    <w:rPr>
      <w:rFonts w:ascii="Arial" w:hAnsi="Arial"/>
      <w:b/>
      <w:bCs/>
      <w:i/>
      <w:iCs/>
      <w:color w:val="4F81BD" w:themeColor="accent1"/>
      <w:lang w:val="es-PE" w:eastAsia="es-PE" w:bidi="es-PE"/>
    </w:rPr>
  </w:style>
  <w:style w:type="character" w:styleId="Referenciasutil">
    <w:name w:val="Subtle Reference"/>
    <w:basedOn w:val="Fuentedeprrafopredeter"/>
    <w:uiPriority w:val="31"/>
    <w:qFormat/>
    <w:rsid w:val="00FC693F"/>
    <w:rPr>
      <w:rFonts w:ascii="Arial" w:hAnsi="Arial"/>
      <w:smallCaps/>
      <w:color w:val="C0504D" w:themeColor="accent2"/>
      <w:u w:val="single"/>
      <w:lang w:val="es-PE" w:eastAsia="es-PE" w:bidi="es-P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  <w:lang w:val="es-PE" w:eastAsia="es-PE" w:bidi="es-PE"/>
    </w:rPr>
  </w:style>
  <w:style w:type="character" w:styleId="Ttulodellibro">
    <w:name w:val="Book Title"/>
    <w:basedOn w:val="Fuentedeprrafopredeter"/>
    <w:uiPriority w:val="33"/>
    <w:qFormat/>
    <w:rsid w:val="00FC693F"/>
    <w:rPr>
      <w:rFonts w:ascii="Arial" w:hAnsi="Arial"/>
      <w:b/>
      <w:bCs/>
      <w:smallCaps/>
      <w:spacing w:val="5"/>
      <w:lang w:val="es-PE" w:eastAsia="es-PE" w:bidi="es-PE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rPr>
      <w:rFonts w:ascii="Arial" w:hAnsi="Arial"/>
      <w:lang w:val="es-PE" w:eastAsia="es-PE" w:bidi="es-P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18"/>
      <w:lang w:val="es-PE" w:eastAsia="es-PE" w:bidi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  <w:rPr>
      <w:rFonts w:ascii="Arial" w:hAnsi="Arial"/>
      <w:lang w:val="es-PE" w:eastAsia="es-PE" w:bidi="es-PE"/>
    </w:rPr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  <w:rPr>
      <w:rFonts w:ascii="Arial" w:hAnsi="Arial"/>
      <w:lang w:val="es-PE" w:eastAsia="es-PE" w:bidi="es-PE"/>
    </w:rPr>
  </w:style>
  <w:style w:type="paragraph" w:styleId="Sinespaciado">
    <w:name w:val="No Spacing"/>
    <w:uiPriority w:val="1"/>
    <w:qFormat/>
    <w:rsid w:val="00FC693F"/>
    <w:pPr>
      <w:spacing w:after="0" w:line="240" w:lineRule="auto"/>
    </w:pPr>
    <w:rPr>
      <w:rFonts w:ascii="Arial" w:hAnsi="Arial"/>
      <w:lang w:val="es-PE" w:eastAsia="es-PE" w:bidi="es-PE"/>
    </w:r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PE" w:eastAsia="es-PE" w:bidi="es-PE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PE" w:eastAsia="es-PE" w:bidi="es-PE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es-PE" w:eastAsia="es-PE" w:bidi="es-PE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PE" w:eastAsia="es-PE" w:bidi="es-PE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PE" w:eastAsia="es-PE" w:bidi="es-PE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  <w:rPr>
      <w:rFonts w:ascii="Arial" w:hAnsi="Arial"/>
      <w:lang w:val="es-PE" w:eastAsia="es-PE" w:bidi="es-PE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  <w:rPr>
      <w:rFonts w:ascii="Arial" w:hAnsi="Arial"/>
      <w:lang w:val="es-PE" w:eastAsia="es-PE" w:bidi="es-PE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rFonts w:ascii="Arial" w:hAnsi="Arial"/>
      <w:sz w:val="16"/>
      <w:szCs w:val="16"/>
      <w:lang w:val="es-PE" w:eastAsia="es-PE" w:bidi="es-PE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  <w:lang w:val="es-PE" w:eastAsia="es-PE" w:bidi="es-PE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Arial" w:hAnsi="Arial"/>
      <w:sz w:val="20"/>
      <w:szCs w:val="20"/>
      <w:lang w:val="es-PE" w:eastAsia="es-PE" w:bidi="es-PE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rFonts w:ascii="Arial" w:hAnsi="Arial"/>
      <w:i/>
      <w:iCs/>
      <w:color w:val="000000" w:themeColor="text1"/>
      <w:lang w:val="es-PE" w:eastAsia="es-PE" w:bidi="es-P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es-PE" w:eastAsia="es-PE" w:bidi="es-P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es-PE" w:eastAsia="es-PE" w:bidi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es-PE" w:eastAsia="es-PE" w:bidi="es-P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es-PE" w:eastAsia="es-PE" w:bidi="es-P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es-PE" w:eastAsia="es-PE" w:bidi="es-P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PE" w:eastAsia="es-PE" w:bidi="es-PE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rFonts w:ascii="Arial" w:hAnsi="Arial"/>
      <w:b/>
      <w:bCs/>
      <w:lang w:val="es-PE" w:eastAsia="es-PE" w:bidi="es-PE"/>
    </w:rPr>
  </w:style>
  <w:style w:type="character" w:styleId="nfasis">
    <w:name w:val="Emphasis"/>
    <w:basedOn w:val="Fuentedeprrafopredeter"/>
    <w:uiPriority w:val="20"/>
    <w:qFormat/>
    <w:rsid w:val="00FC693F"/>
    <w:rPr>
      <w:rFonts w:ascii="Arial" w:hAnsi="Arial"/>
      <w:i/>
      <w:iCs/>
      <w:lang w:val="es-PE" w:eastAsia="es-PE" w:bidi="es-PE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rFonts w:ascii="Arial" w:hAnsi="Arial"/>
      <w:b/>
      <w:bCs/>
      <w:i/>
      <w:iCs/>
      <w:color w:val="4F81BD" w:themeColor="accent1"/>
      <w:lang w:val="es-PE" w:eastAsia="es-PE" w:bidi="es-PE"/>
    </w:rPr>
  </w:style>
  <w:style w:type="character" w:styleId="nfasissutil">
    <w:name w:val="Subtle Emphasis"/>
    <w:basedOn w:val="Fuentedeprrafopredeter"/>
    <w:uiPriority w:val="19"/>
    <w:qFormat/>
    <w:rsid w:val="00FC693F"/>
    <w:rPr>
      <w:rFonts w:ascii="Arial" w:hAnsi="Arial"/>
      <w:i/>
      <w:iCs/>
      <w:color w:val="808080" w:themeColor="text1" w:themeTint="7F"/>
      <w:lang w:val="es-PE" w:eastAsia="es-PE" w:bidi="es-PE"/>
    </w:rPr>
  </w:style>
  <w:style w:type="character" w:styleId="nfasisintenso">
    <w:name w:val="Intense Emphasis"/>
    <w:basedOn w:val="Fuentedeprrafopredeter"/>
    <w:uiPriority w:val="21"/>
    <w:qFormat/>
    <w:rsid w:val="00FC693F"/>
    <w:rPr>
      <w:rFonts w:ascii="Arial" w:hAnsi="Arial"/>
      <w:b/>
      <w:bCs/>
      <w:i/>
      <w:iCs/>
      <w:color w:val="4F81BD" w:themeColor="accent1"/>
      <w:lang w:val="es-PE" w:eastAsia="es-PE" w:bidi="es-PE"/>
    </w:rPr>
  </w:style>
  <w:style w:type="character" w:styleId="Referenciasutil">
    <w:name w:val="Subtle Reference"/>
    <w:basedOn w:val="Fuentedeprrafopredeter"/>
    <w:uiPriority w:val="31"/>
    <w:qFormat/>
    <w:rsid w:val="00FC693F"/>
    <w:rPr>
      <w:rFonts w:ascii="Arial" w:hAnsi="Arial"/>
      <w:smallCaps/>
      <w:color w:val="C0504D" w:themeColor="accent2"/>
      <w:u w:val="single"/>
      <w:lang w:val="es-PE" w:eastAsia="es-PE" w:bidi="es-P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  <w:lang w:val="es-PE" w:eastAsia="es-PE" w:bidi="es-PE"/>
    </w:rPr>
  </w:style>
  <w:style w:type="character" w:styleId="Ttulodellibro">
    <w:name w:val="Book Title"/>
    <w:basedOn w:val="Fuentedeprrafopredeter"/>
    <w:uiPriority w:val="33"/>
    <w:qFormat/>
    <w:rsid w:val="00FC693F"/>
    <w:rPr>
      <w:rFonts w:ascii="Arial" w:hAnsi="Arial"/>
      <w:b/>
      <w:bCs/>
      <w:smallCaps/>
      <w:spacing w:val="5"/>
      <w:lang w:val="es-PE" w:eastAsia="es-PE" w:bidi="es-PE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rPr>
      <w:rFonts w:ascii="Arial" w:hAnsi="Arial"/>
      <w:lang w:val="es-PE" w:eastAsia="es-PE" w:bidi="es-P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rPr>
      <w:rFonts w:ascii="Arial" w:hAnsi="Arial"/>
      <w:lang w:val="es-PE" w:eastAsia="es-PE" w:bidi="es-P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rFonts w:ascii="Arial" w:hAnsi="Arial"/>
      <w:color w:val="000000" w:themeColor="text1"/>
      <w:lang w:val="es-PE" w:eastAsia="es-PE" w:bidi="es-P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0C9114-B827-4F89-A52C-0983449DE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Pedro</cp:lastModifiedBy>
  <cp:revision>4</cp:revision>
  <dcterms:created xsi:type="dcterms:W3CDTF">2026-10-09T21:34:00Z</dcterms:created>
  <dcterms:modified xsi:type="dcterms:W3CDTF">2026-10-09T21:38:00Z</dcterms:modified>
</cp:coreProperties>
</file>